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9DA" w:rsidRPr="00203831" w:rsidRDefault="00F969DA" w:rsidP="00F969DA">
      <w:pPr>
        <w:autoSpaceDE w:val="0"/>
        <w:autoSpaceDN w:val="0"/>
        <w:spacing w:after="0" w:line="240" w:lineRule="auto"/>
        <w:ind w:left="1494"/>
        <w:rPr>
          <w:lang w:val="ru-RU"/>
        </w:rPr>
      </w:pPr>
      <w:r w:rsidRPr="00203831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F969DA" w:rsidRPr="00203831" w:rsidRDefault="00F969DA" w:rsidP="00F969DA">
      <w:pPr>
        <w:autoSpaceDE w:val="0"/>
        <w:autoSpaceDN w:val="0"/>
        <w:spacing w:before="670" w:after="0" w:line="240" w:lineRule="auto"/>
        <w:ind w:left="2286"/>
        <w:rPr>
          <w:lang w:val="ru-RU"/>
        </w:rPr>
      </w:pPr>
      <w:r w:rsidRPr="00203831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Татарстан</w:t>
      </w:r>
    </w:p>
    <w:p w:rsidR="00F969DA" w:rsidRPr="00203831" w:rsidRDefault="00F969DA" w:rsidP="00F969DA">
      <w:pPr>
        <w:autoSpaceDE w:val="0"/>
        <w:autoSpaceDN w:val="0"/>
        <w:spacing w:before="670" w:after="0" w:line="240" w:lineRule="auto"/>
        <w:ind w:left="732"/>
        <w:rPr>
          <w:lang w:val="ru-RU"/>
        </w:rPr>
      </w:pPr>
      <w:r w:rsidRPr="00203831">
        <w:rPr>
          <w:rFonts w:ascii="Times New Roman" w:eastAsia="Times New Roman" w:hAnsi="Times New Roman"/>
          <w:color w:val="000000"/>
          <w:sz w:val="24"/>
          <w:lang w:val="ru-RU"/>
        </w:rPr>
        <w:t>МУ "Отдел образования исполнительного комитета Спасского муниципального района"</w:t>
      </w:r>
    </w:p>
    <w:p w:rsidR="00F969DA" w:rsidRDefault="00F969DA" w:rsidP="00F969DA">
      <w:pPr>
        <w:autoSpaceDE w:val="0"/>
        <w:autoSpaceDN w:val="0"/>
        <w:spacing w:before="670" w:after="1376" w:line="240" w:lineRule="auto"/>
        <w:ind w:right="3894"/>
        <w:jc w:val="right"/>
      </w:pPr>
      <w:r>
        <w:rPr>
          <w:rFonts w:ascii="Times New Roman" w:eastAsia="Times New Roman" w:hAnsi="Times New Roman"/>
          <w:color w:val="000000"/>
          <w:sz w:val="24"/>
        </w:rPr>
        <w:t>МБОУ «БСОШ № 2»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402"/>
        <w:gridCol w:w="3060"/>
        <w:gridCol w:w="3640"/>
      </w:tblGrid>
      <w:tr w:rsidR="00F969DA" w:rsidTr="00F969DA">
        <w:trPr>
          <w:trHeight w:hRule="exact" w:val="274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F969DA" w:rsidRDefault="00F969DA" w:rsidP="00F969DA">
            <w:pPr>
              <w:autoSpaceDE w:val="0"/>
              <w:autoSpaceDN w:val="0"/>
              <w:spacing w:before="48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РАССМОТРЕНО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F969DA" w:rsidRDefault="00F969DA" w:rsidP="00F969DA">
            <w:pPr>
              <w:autoSpaceDE w:val="0"/>
              <w:autoSpaceDN w:val="0"/>
              <w:spacing w:before="48" w:after="0" w:line="230" w:lineRule="auto"/>
              <w:ind w:left="116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СОГЛАСОВАНО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F969DA" w:rsidRDefault="00F969DA" w:rsidP="00F969DA">
            <w:pPr>
              <w:autoSpaceDE w:val="0"/>
              <w:autoSpaceDN w:val="0"/>
              <w:spacing w:before="48" w:after="0" w:line="230" w:lineRule="auto"/>
              <w:ind w:left="572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УТВЕРЖДЕНО</w:t>
            </w:r>
          </w:p>
        </w:tc>
      </w:tr>
      <w:tr w:rsidR="00F969DA" w:rsidRPr="00D15836" w:rsidTr="00F969DA">
        <w:trPr>
          <w:trHeight w:hRule="exact" w:val="2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F969DA" w:rsidRPr="00D15836" w:rsidRDefault="00F969DA" w:rsidP="00F969DA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4F191A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на заседании учителей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ест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.-</w:t>
            </w:r>
            <w:proofErr w:type="gramEnd"/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науч.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F969DA" w:rsidRPr="00D15836" w:rsidRDefault="00F969DA" w:rsidP="00F969DA">
            <w:pPr>
              <w:autoSpaceDE w:val="0"/>
              <w:autoSpaceDN w:val="0"/>
              <w:spacing w:after="0" w:line="230" w:lineRule="auto"/>
              <w:ind w:left="116"/>
              <w:rPr>
                <w:lang w:val="ru-RU"/>
              </w:rPr>
            </w:pPr>
            <w:r w:rsidRPr="00D1583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на заседании МС школы</w:t>
            </w: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F969DA" w:rsidRPr="00D15836" w:rsidRDefault="00F969DA" w:rsidP="00F969DA">
            <w:pPr>
              <w:autoSpaceDE w:val="0"/>
              <w:autoSpaceDN w:val="0"/>
              <w:spacing w:after="0" w:line="230" w:lineRule="auto"/>
              <w:ind w:left="572"/>
              <w:rPr>
                <w:lang w:val="ru-RU"/>
              </w:rPr>
            </w:pPr>
            <w:r w:rsidRPr="00D1583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директор МБОУ "БСОШ № 2"</w:t>
            </w:r>
          </w:p>
        </w:tc>
      </w:tr>
      <w:tr w:rsidR="00F969DA" w:rsidTr="00F969DA">
        <w:trPr>
          <w:trHeight w:hRule="exact" w:val="4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F969DA" w:rsidRPr="00D15836" w:rsidRDefault="00F969DA" w:rsidP="00F969DA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</w:pPr>
            <w:r w:rsidRPr="00D1583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цикла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и общественных дисциплин</w:t>
            </w:r>
            <w:r w:rsidRPr="00D1583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</w:p>
          <w:p w:rsidR="00F969DA" w:rsidRPr="00D15836" w:rsidRDefault="00F969DA" w:rsidP="00F969DA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D1583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Руководитель МО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F969DA" w:rsidRPr="00D15836" w:rsidRDefault="00F969DA" w:rsidP="00F969DA">
            <w:pPr>
              <w:autoSpaceDE w:val="0"/>
              <w:autoSpaceDN w:val="0"/>
              <w:spacing w:after="0" w:line="230" w:lineRule="auto"/>
              <w:ind w:left="116"/>
              <w:rPr>
                <w:lang w:val="ru-RU"/>
              </w:rPr>
            </w:pPr>
            <w:r w:rsidRPr="00D1583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Руководитель МС</w:t>
            </w:r>
          </w:p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F969DA" w:rsidRDefault="00F969DA" w:rsidP="00F969DA">
            <w:pPr>
              <w:autoSpaceDE w:val="0"/>
              <w:autoSpaceDN w:val="0"/>
              <w:spacing w:before="198" w:after="0" w:line="230" w:lineRule="auto"/>
              <w:ind w:left="572"/>
            </w:pPr>
            <w:r w:rsidRPr="00D15836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______________Бо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рюшкина Л.В.</w:t>
            </w:r>
          </w:p>
        </w:tc>
      </w:tr>
      <w:tr w:rsidR="00F969DA" w:rsidRPr="00BD74C2" w:rsidTr="00F969DA">
        <w:trPr>
          <w:trHeight w:hRule="exact" w:val="116"/>
        </w:trPr>
        <w:tc>
          <w:tcPr>
            <w:tcW w:w="3402" w:type="dxa"/>
            <w:vMerge w:val="restart"/>
            <w:tcMar>
              <w:left w:w="0" w:type="dxa"/>
              <w:right w:w="0" w:type="dxa"/>
            </w:tcMar>
          </w:tcPr>
          <w:p w:rsidR="00F969DA" w:rsidRDefault="00F969DA" w:rsidP="00F969DA">
            <w:pPr>
              <w:autoSpaceDE w:val="0"/>
              <w:autoSpaceDN w:val="0"/>
              <w:spacing w:before="2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______________Потапова С.А.</w:t>
            </w:r>
          </w:p>
        </w:tc>
        <w:tc>
          <w:tcPr>
            <w:tcW w:w="3060" w:type="dxa"/>
            <w:vMerge w:val="restart"/>
            <w:tcMar>
              <w:left w:w="0" w:type="dxa"/>
              <w:right w:w="0" w:type="dxa"/>
            </w:tcMar>
          </w:tcPr>
          <w:p w:rsidR="00F969DA" w:rsidRPr="00BD74C2" w:rsidRDefault="00F969DA" w:rsidP="00F969DA">
            <w:pPr>
              <w:autoSpaceDE w:val="0"/>
              <w:autoSpaceDN w:val="0"/>
              <w:spacing w:before="2" w:after="0" w:line="230" w:lineRule="auto"/>
              <w:ind w:left="116"/>
              <w:rPr>
                <w:lang w:val="ru-RU"/>
              </w:rPr>
            </w:pP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___________Черкасова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Е.А.</w:t>
            </w: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</w:t>
            </w:r>
          </w:p>
        </w:tc>
        <w:tc>
          <w:tcPr>
            <w:tcW w:w="3428" w:type="dxa"/>
            <w:vMerge/>
          </w:tcPr>
          <w:p w:rsidR="00F969DA" w:rsidRPr="00BD74C2" w:rsidRDefault="00F969DA" w:rsidP="00F969DA">
            <w:pPr>
              <w:rPr>
                <w:lang w:val="ru-RU"/>
              </w:rPr>
            </w:pPr>
          </w:p>
        </w:tc>
      </w:tr>
      <w:tr w:rsidR="00F969DA" w:rsidRPr="00BD74C2" w:rsidTr="00F969DA">
        <w:trPr>
          <w:trHeight w:hRule="exact" w:val="304"/>
        </w:trPr>
        <w:tc>
          <w:tcPr>
            <w:tcW w:w="3428" w:type="dxa"/>
            <w:vMerge/>
          </w:tcPr>
          <w:p w:rsidR="00F969DA" w:rsidRPr="00BD74C2" w:rsidRDefault="00F969DA" w:rsidP="00F969DA">
            <w:pPr>
              <w:rPr>
                <w:lang w:val="ru-RU"/>
              </w:rPr>
            </w:pPr>
          </w:p>
        </w:tc>
        <w:tc>
          <w:tcPr>
            <w:tcW w:w="3428" w:type="dxa"/>
            <w:vMerge/>
          </w:tcPr>
          <w:p w:rsidR="00F969DA" w:rsidRPr="00BD74C2" w:rsidRDefault="00F969DA" w:rsidP="00F969DA">
            <w:pPr>
              <w:rPr>
                <w:lang w:val="ru-RU"/>
              </w:rPr>
            </w:pPr>
          </w:p>
        </w:tc>
        <w:tc>
          <w:tcPr>
            <w:tcW w:w="3640" w:type="dxa"/>
            <w:tcMar>
              <w:left w:w="0" w:type="dxa"/>
              <w:right w:w="0" w:type="dxa"/>
            </w:tcMar>
          </w:tcPr>
          <w:p w:rsidR="00F969DA" w:rsidRPr="00BD74C2" w:rsidRDefault="00F969DA" w:rsidP="00F969DA">
            <w:pPr>
              <w:autoSpaceDE w:val="0"/>
              <w:autoSpaceDN w:val="0"/>
              <w:spacing w:before="78" w:after="0" w:line="230" w:lineRule="auto"/>
              <w:ind w:left="572"/>
              <w:rPr>
                <w:lang w:val="ru-RU"/>
              </w:rPr>
            </w:pP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Приказ №</w:t>
            </w:r>
          </w:p>
        </w:tc>
      </w:tr>
      <w:tr w:rsidR="00F969DA" w:rsidRPr="00BD74C2" w:rsidTr="00F969DA">
        <w:trPr>
          <w:trHeight w:hRule="exact" w:val="300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F969DA" w:rsidRPr="00BD74C2" w:rsidRDefault="00F969DA" w:rsidP="00F969DA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F969DA" w:rsidRPr="00BD74C2" w:rsidRDefault="00F969DA" w:rsidP="00F969DA">
            <w:pPr>
              <w:autoSpaceDE w:val="0"/>
              <w:autoSpaceDN w:val="0"/>
              <w:spacing w:after="0" w:line="230" w:lineRule="auto"/>
              <w:ind w:left="116"/>
              <w:rPr>
                <w:lang w:val="ru-RU"/>
              </w:rPr>
            </w:pP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Протокол №</w:t>
            </w:r>
          </w:p>
        </w:tc>
        <w:tc>
          <w:tcPr>
            <w:tcW w:w="3640" w:type="dxa"/>
            <w:vMerge w:val="restart"/>
            <w:tcMar>
              <w:left w:w="0" w:type="dxa"/>
              <w:right w:w="0" w:type="dxa"/>
            </w:tcMar>
          </w:tcPr>
          <w:p w:rsidR="00F969DA" w:rsidRPr="00BD74C2" w:rsidRDefault="00F969DA" w:rsidP="00F969DA">
            <w:pPr>
              <w:autoSpaceDE w:val="0"/>
              <w:autoSpaceDN w:val="0"/>
              <w:spacing w:before="194" w:after="0" w:line="230" w:lineRule="auto"/>
              <w:ind w:left="572"/>
              <w:rPr>
                <w:lang w:val="ru-RU"/>
              </w:rPr>
            </w:pP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              </w:t>
            </w: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2022 г.</w:t>
            </w:r>
          </w:p>
        </w:tc>
      </w:tr>
      <w:tr w:rsidR="00F969DA" w:rsidRPr="00BD74C2" w:rsidTr="00F969DA">
        <w:trPr>
          <w:trHeight w:hRule="exact" w:val="384"/>
        </w:trPr>
        <w:tc>
          <w:tcPr>
            <w:tcW w:w="3402" w:type="dxa"/>
            <w:tcMar>
              <w:left w:w="0" w:type="dxa"/>
              <w:right w:w="0" w:type="dxa"/>
            </w:tcMar>
          </w:tcPr>
          <w:p w:rsidR="00F969DA" w:rsidRPr="00BD74C2" w:rsidRDefault="00F969DA" w:rsidP="00F969DA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</w:t>
            </w: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" 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      </w:t>
            </w: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2022 г.</w:t>
            </w: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F969DA" w:rsidRPr="00BD74C2" w:rsidRDefault="00F969DA" w:rsidP="00F969DA">
            <w:pPr>
              <w:autoSpaceDE w:val="0"/>
              <w:autoSpaceDN w:val="0"/>
              <w:spacing w:before="98" w:after="0" w:line="230" w:lineRule="auto"/>
              <w:ind w:left="116"/>
              <w:rPr>
                <w:lang w:val="ru-RU"/>
              </w:rPr>
            </w:pP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</w:t>
            </w: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                  </w:t>
            </w:r>
            <w:r w:rsidRPr="00BD74C2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  2022 г.</w:t>
            </w:r>
          </w:p>
        </w:tc>
        <w:tc>
          <w:tcPr>
            <w:tcW w:w="3428" w:type="dxa"/>
            <w:vMerge/>
          </w:tcPr>
          <w:p w:rsidR="00F969DA" w:rsidRPr="00BD74C2" w:rsidRDefault="00F969DA" w:rsidP="00F969DA">
            <w:pPr>
              <w:rPr>
                <w:lang w:val="ru-RU"/>
              </w:rPr>
            </w:pPr>
          </w:p>
        </w:tc>
      </w:tr>
    </w:tbl>
    <w:p w:rsidR="001F6C50" w:rsidRPr="00F969DA" w:rsidRDefault="007B1DC5">
      <w:pPr>
        <w:autoSpaceDE w:val="0"/>
        <w:autoSpaceDN w:val="0"/>
        <w:spacing w:before="1038" w:after="0" w:line="230" w:lineRule="auto"/>
        <w:ind w:right="3306"/>
        <w:jc w:val="right"/>
        <w:rPr>
          <w:lang w:val="ru-RU"/>
        </w:rPr>
      </w:pPr>
      <w:r w:rsidRPr="00F969DA">
        <w:rPr>
          <w:rFonts w:ascii="Times New Roman" w:eastAsia="Times New Roman" w:hAnsi="Times New Roman"/>
          <w:b/>
          <w:color w:val="000000"/>
          <w:lang w:val="ru-RU"/>
        </w:rPr>
        <w:t>РАБОЧАЯ ПРОГРАММА</w:t>
      </w:r>
    </w:p>
    <w:p w:rsidR="001F6C50" w:rsidRPr="00F969DA" w:rsidRDefault="007B1DC5">
      <w:pPr>
        <w:autoSpaceDE w:val="0"/>
        <w:autoSpaceDN w:val="0"/>
        <w:spacing w:before="262" w:after="0" w:line="230" w:lineRule="auto"/>
        <w:ind w:right="4078"/>
        <w:jc w:val="right"/>
        <w:rPr>
          <w:lang w:val="ru-RU"/>
        </w:rPr>
      </w:pPr>
      <w:r w:rsidRPr="00F969DA">
        <w:rPr>
          <w:rFonts w:ascii="Times New Roman" w:eastAsia="Times New Roman" w:hAnsi="Times New Roman"/>
          <w:b/>
          <w:color w:val="000000"/>
          <w:lang w:val="ru-RU"/>
        </w:rPr>
        <w:t>(</w:t>
      </w:r>
      <w:r w:rsidRPr="00F969DA">
        <w:rPr>
          <w:rFonts w:ascii="Times New Roman" w:eastAsia="Times New Roman" w:hAnsi="Times New Roman"/>
          <w:b/>
          <w:color w:val="000000"/>
        </w:rPr>
        <w:t>ID</w:t>
      </w:r>
      <w:r w:rsidRPr="00F969DA">
        <w:rPr>
          <w:rFonts w:ascii="Times New Roman" w:eastAsia="Times New Roman" w:hAnsi="Times New Roman"/>
          <w:b/>
          <w:color w:val="000000"/>
          <w:lang w:val="ru-RU"/>
        </w:rPr>
        <w:t xml:space="preserve"> 2837268)</w:t>
      </w:r>
    </w:p>
    <w:p w:rsidR="001F6C50" w:rsidRPr="00F969DA" w:rsidRDefault="007B1DC5">
      <w:pPr>
        <w:autoSpaceDE w:val="0"/>
        <w:autoSpaceDN w:val="0"/>
        <w:spacing w:before="670" w:after="0" w:line="230" w:lineRule="auto"/>
        <w:ind w:right="3798"/>
        <w:jc w:val="right"/>
        <w:rPr>
          <w:lang w:val="ru-RU"/>
        </w:rPr>
      </w:pPr>
      <w:r w:rsidRPr="00F969DA">
        <w:rPr>
          <w:rFonts w:ascii="Times New Roman" w:eastAsia="Times New Roman" w:hAnsi="Times New Roman"/>
          <w:b/>
          <w:color w:val="000000"/>
          <w:lang w:val="ru-RU"/>
        </w:rPr>
        <w:t>Учебного курса</w:t>
      </w:r>
    </w:p>
    <w:p w:rsidR="001F6C50" w:rsidRPr="00F969DA" w:rsidRDefault="007B1DC5">
      <w:pPr>
        <w:autoSpaceDE w:val="0"/>
        <w:autoSpaceDN w:val="0"/>
        <w:spacing w:before="70" w:after="0" w:line="230" w:lineRule="auto"/>
        <w:ind w:right="3844"/>
        <w:jc w:val="right"/>
        <w:rPr>
          <w:lang w:val="ru-RU"/>
        </w:rPr>
      </w:pPr>
      <w:r w:rsidRPr="00F969DA">
        <w:rPr>
          <w:rFonts w:ascii="Times New Roman" w:eastAsia="Times New Roman" w:hAnsi="Times New Roman"/>
          <w:b/>
          <w:color w:val="000000"/>
          <w:lang w:val="ru-RU"/>
        </w:rPr>
        <w:t>«Математика»</w:t>
      </w:r>
    </w:p>
    <w:p w:rsidR="001F6C50" w:rsidRPr="00F969DA" w:rsidRDefault="007B1DC5">
      <w:pPr>
        <w:autoSpaceDE w:val="0"/>
        <w:autoSpaceDN w:val="0"/>
        <w:spacing w:before="672" w:after="0" w:line="230" w:lineRule="auto"/>
        <w:ind w:right="2170"/>
        <w:jc w:val="right"/>
        <w:rPr>
          <w:lang w:val="ru-RU"/>
        </w:rPr>
      </w:pPr>
      <w:r w:rsidRPr="00F969DA">
        <w:rPr>
          <w:rFonts w:ascii="Times New Roman" w:eastAsia="Times New Roman" w:hAnsi="Times New Roman"/>
          <w:color w:val="000000"/>
          <w:lang w:val="ru-RU"/>
        </w:rPr>
        <w:t>(для  5-6 классов образовательных организаций)</w:t>
      </w:r>
    </w:p>
    <w:p w:rsidR="001F6C50" w:rsidRDefault="001F6C50">
      <w:pPr>
        <w:rPr>
          <w:lang w:val="ru-RU"/>
        </w:rPr>
      </w:pPr>
    </w:p>
    <w:p w:rsidR="00B4623A" w:rsidRDefault="00B4623A">
      <w:pPr>
        <w:rPr>
          <w:lang w:val="ru-RU"/>
        </w:rPr>
      </w:pPr>
    </w:p>
    <w:p w:rsidR="00B4623A" w:rsidRDefault="00B4623A">
      <w:pPr>
        <w:rPr>
          <w:lang w:val="ru-RU"/>
        </w:rPr>
      </w:pPr>
    </w:p>
    <w:p w:rsidR="00B4623A" w:rsidRDefault="00B4623A">
      <w:pPr>
        <w:rPr>
          <w:lang w:val="ru-RU"/>
        </w:rPr>
      </w:pPr>
    </w:p>
    <w:p w:rsidR="00B4623A" w:rsidRDefault="00B4623A">
      <w:pPr>
        <w:rPr>
          <w:lang w:val="ru-RU"/>
        </w:rPr>
      </w:pPr>
    </w:p>
    <w:p w:rsidR="00B4623A" w:rsidRPr="00771CA3" w:rsidRDefault="00B4623A" w:rsidP="00B4623A">
      <w:pPr>
        <w:autoSpaceDE w:val="0"/>
        <w:autoSpaceDN w:val="0"/>
        <w:spacing w:after="0" w:line="230" w:lineRule="auto"/>
        <w:ind w:right="3828"/>
        <w:jc w:val="right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Болгар 2022</w:t>
      </w:r>
    </w:p>
    <w:p w:rsidR="00B4623A" w:rsidRPr="00771CA3" w:rsidRDefault="00B4623A">
      <w:pPr>
        <w:rPr>
          <w:lang w:val="ru-RU"/>
        </w:rPr>
        <w:sectPr w:rsidR="00B4623A" w:rsidRPr="00771CA3" w:rsidSect="00F321C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298" w:right="1214" w:bottom="1440" w:left="738" w:header="720" w:footer="720" w:gutter="0"/>
          <w:cols w:space="720" w:equalWidth="0">
            <w:col w:w="9948" w:space="0"/>
          </w:cols>
          <w:titlePg/>
          <w:docGrid w:linePitch="360"/>
        </w:sectPr>
      </w:pPr>
    </w:p>
    <w:p w:rsidR="001F6C50" w:rsidRPr="00771CA3" w:rsidRDefault="001F6C50">
      <w:pPr>
        <w:autoSpaceDE w:val="0"/>
        <w:autoSpaceDN w:val="0"/>
        <w:spacing w:after="390" w:line="220" w:lineRule="exact"/>
        <w:rPr>
          <w:lang w:val="ru-RU"/>
        </w:rPr>
      </w:pP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610" w:right="1440" w:bottom="1440" w:left="1440" w:header="720" w:footer="720" w:gutter="0"/>
          <w:cols w:space="720" w:equalWidth="0">
            <w:col w:w="9020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78" w:line="220" w:lineRule="exact"/>
        <w:rPr>
          <w:lang w:val="ru-RU"/>
        </w:rPr>
      </w:pPr>
    </w:p>
    <w:p w:rsidR="001F6C50" w:rsidRPr="00771CA3" w:rsidRDefault="00771CA3" w:rsidP="00771CA3">
      <w:pPr>
        <w:autoSpaceDE w:val="0"/>
        <w:autoSpaceDN w:val="0"/>
        <w:spacing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1F6C50" w:rsidRPr="00771CA3" w:rsidRDefault="00771CA3">
      <w:pPr>
        <w:autoSpaceDE w:val="0"/>
        <w:autoSpaceDN w:val="0"/>
        <w:spacing w:before="346" w:after="0" w:line="230" w:lineRule="auto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1.</w:t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ОБЩАЯ ХАРАКТЕРИСТИКА УЧЕБНОГО ПРЕДМЕТА "МАТЕМАТИКА"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по математике для обучающихся 5-6 классов разработана на основе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Федерального государственного образовательного стандарта основного общего образования с учётом и современных мировых требований, предъявляемых к математическому образованию, и традиций российского образования, которые обеспечивают овладение ключевыми компетенциями,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составляющими основу для непрерывного образования и саморазвития, а также целостность общекультурного, личностного и познавательного развития обучающихся.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В рабочей программе учтены идеи и положения Концепции развития математического образования в Российской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Федерации.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подготовки. Уже в школе математика служит опорным предметом для изучения смежных дисциплин, а после школы реальной необходимостью становится непрерывное образование, что требует полноценной базовой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общеобразовательной подготовки, в том числе и математической.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Это обусловлено тем, что в наши дни растёт число профессий, связанных с непосредственным применением математики: и в сфере экономики, и в бизнесе, и в технологических областях, и даже в гуманитарных сферах. Таким образом, круг школьников, для которых математика может стать значимым предметом, расширяется.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Практическая полезность математики обусловлена тем, что её предметом являются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фундаментальные структуры нашего мира: пространственные формы и количественные отношения от простейших, усваиваемых в непосредственном опыте, до достаточно сложных, необходимых для развития научных и прикладных идей. Без конкретных математических знаний затруднено понимание принципов устройства и использования современной техники, восприятие и интерпретация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разнообразной социальной, экономической, политической информации, малоэффективна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повседневная практическая деятельность. Каждому человеку в своей жизни приходится выполнять расчёты и составлять алгоритмы, находить и применять формулы, владеть практическими приёмами геометрических измерений и построений, читать информацию, представленную в виде таблиц, диаграмм и графиков, жить в условиях неопределённости и понимать вероятностный характер случайных событий.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Одновременно с расширением сфер применения математики в современном обществе всё более важным становится математический стиль мышления, проявляющийся в определённых умственных навыках. В процессе изучения математики в арсенал приёмов и методов мышления человека естественным образом включаются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 логических построений, способствуют выработке умения формулировать, обосновывать и доказывать суждения, тем самым развивают логическое мышление. Ведущая роль принадлежит математике и в формировании алгоритмической компоненты мышления и воспитании умений действовать по заданным алгоритмам, совершенствовать известные и конструировать новые. В процессе решения задач — основой учебной деятельности на уроках математики — развиваются также творческая и прикладная стороны мышления.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Обучение математике даёт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  <w:proofErr w:type="gramEnd"/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Необходимым компонентом общей культуры в современном толковании является общее знакомство</w:t>
      </w: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66" w:line="220" w:lineRule="exact"/>
        <w:rPr>
          <w:lang w:val="ru-RU"/>
        </w:rPr>
      </w:pP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 методами познания действительности, представление о предмете и методах математики, их отличий от методов других естественных и гуманитарных наук, об особенностях применения математики для решения научных и прикладных задач. Таким образом, математическое образование вносит свой вклад в формирование общей культуры человека.</w:t>
      </w:r>
    </w:p>
    <w:p w:rsidR="001F6C50" w:rsidRPr="00771CA3" w:rsidRDefault="007B1DC5" w:rsidP="00B4623A">
      <w:pPr>
        <w:autoSpaceDE w:val="0"/>
        <w:autoSpaceDN w:val="0"/>
        <w:spacing w:before="70" w:after="0" w:line="240" w:lineRule="auto"/>
        <w:ind w:right="432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Изучение математики также способствует эстетическому воспитанию человека, пониманию красоты и изящества математических рассуждений, восприятию геометрических форм, усвоению идеи симметрии.</w:t>
      </w:r>
    </w:p>
    <w:p w:rsidR="001F6C50" w:rsidRPr="00771CA3" w:rsidRDefault="00771CA3" w:rsidP="00771CA3">
      <w:pPr>
        <w:autoSpaceDE w:val="0"/>
        <w:autoSpaceDN w:val="0"/>
        <w:spacing w:before="262"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2.</w:t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КУРСА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Приоритетными целями обучения математике в 5-6 классах являются: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продолжение формирования основных математических понятий (число, величина,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геометрическая фигура), обеспечивающих преемственность и перспективность математического образования обучающихся;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7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подведение обучающихся на доступном для них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уровне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к осознанию взаимосвязи математики и окружающего мира;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432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Основные линии содержания курса математики в 5-6 классах —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происходит знакомство с элементами алгебры и описательной статистики.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арифметического материала начинается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со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систематизации и развития знаний о натуральных числах, полученных в начальной школе.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вычислений.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Другой крупный блок в содержании арифметической линии — это дроби. 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обыкновенных дробей в полном объёме предшествует изучению десятичных дробей, что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целесообразно с точки зрения логики изложения числовой линии, когда правила действий с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</w:t>
      </w:r>
    </w:p>
    <w:p w:rsidR="001F6C50" w:rsidRPr="00771CA3" w:rsidRDefault="001F6C50" w:rsidP="00B4623A">
      <w:pPr>
        <w:spacing w:line="240" w:lineRule="auto"/>
        <w:rPr>
          <w:lang w:val="ru-RU"/>
        </w:rPr>
        <w:sectPr w:rsidR="001F6C50" w:rsidRPr="00771CA3">
          <w:pgSz w:w="11900" w:h="16840"/>
          <w:pgMar w:top="286" w:right="676" w:bottom="342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66" w:line="220" w:lineRule="exact"/>
        <w:rPr>
          <w:lang w:val="ru-RU"/>
        </w:rPr>
      </w:pPr>
    </w:p>
    <w:p w:rsidR="001F6C50" w:rsidRPr="00771CA3" w:rsidRDefault="007B1DC5">
      <w:pPr>
        <w:autoSpaceDE w:val="0"/>
        <w:autoSpaceDN w:val="0"/>
        <w:spacing w:after="0" w:line="281" w:lineRule="auto"/>
        <w:rPr>
          <w:lang w:val="ru-RU"/>
        </w:rPr>
      </w:pP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отрицательные числа» выделяется подтема «Целые числа», в рамках которой знакомство с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отрицательными числами и действиями с положительными и отрицательными числами происходит на основе содержательного подхода.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Это позволяет на доступном уровне познакомить учащихся практически со всеми основными понятиями темы, в том числе и с правилами знаков при выполнении арифметических действий. </w:t>
      </w:r>
    </w:p>
    <w:p w:rsidR="001F6C50" w:rsidRPr="00771CA3" w:rsidRDefault="007B1DC5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При обучении решению текстовых задач в 5-6 классах используются арифметические приёмы решения. Текстовые задачи, решаемые при отработке вычислительных навыков в 5-6 классах, рассматриваются задачи следующих видов: задачи на движение, на части, на покупки, на работу и производительность, на проценты, на отношения и пропорции. Кроме того,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1F6C50" w:rsidRPr="00771CA3" w:rsidRDefault="007B1DC5">
      <w:pPr>
        <w:autoSpaceDE w:val="0"/>
        <w:autoSpaceDN w:val="0"/>
        <w:spacing w:before="72" w:after="0" w:line="281" w:lineRule="auto"/>
        <w:ind w:right="432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В рабочей программе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используется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1F6C50" w:rsidRPr="00771CA3" w:rsidRDefault="007B1DC5">
      <w:pPr>
        <w:autoSpaceDE w:val="0"/>
        <w:autoSpaceDN w:val="0"/>
        <w:spacing w:before="70" w:after="0" w:line="286" w:lineRule="auto"/>
        <w:ind w:right="144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В курсе «Математики» 5-6 классов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обучающихся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обучающимися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в начальной школе, систематизируются и расширяются.</w:t>
      </w:r>
    </w:p>
    <w:p w:rsidR="001F6C50" w:rsidRPr="00771CA3" w:rsidRDefault="00771CA3" w:rsidP="00B4623A">
      <w:pPr>
        <w:autoSpaceDE w:val="0"/>
        <w:autoSpaceDN w:val="0"/>
        <w:spacing w:after="0" w:line="24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3.</w:t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КУРСА В УЧЕБНОМ ПЛАНЕ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Согласно учебному плану в 5 классе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алгебры. Учебный план на изучение математики в 5 классе отводит не менее 5 учебных часов в неделю, в течение каждого года обучения, всего не менее 340 учебных часов</w:t>
      </w: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286" w:right="660" w:bottom="1440" w:left="666" w:header="720" w:footer="720" w:gutter="0"/>
          <w:cols w:space="720" w:equalWidth="0">
            <w:col w:w="10574" w:space="0"/>
          </w:cols>
          <w:docGrid w:linePitch="360"/>
        </w:sectPr>
      </w:pPr>
    </w:p>
    <w:p w:rsidR="00771CA3" w:rsidRDefault="00771CA3" w:rsidP="00B462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BD74C2">
        <w:rPr>
          <w:rFonts w:ascii="Times New Roman" w:hAnsi="Times New Roman" w:cs="Times New Roman"/>
          <w:b/>
          <w:sz w:val="24"/>
          <w:szCs w:val="24"/>
          <w:lang w:val="ru-RU"/>
        </w:rPr>
        <w:t>УЧЕТ ПРОГРАММЫ ВОСПИТАНИЯ В ОБРАЗОВАТЕЛЬНОМ ПРОЦЕССЕ</w:t>
      </w:r>
    </w:p>
    <w:p w:rsidR="008761B3" w:rsidRPr="009A604A" w:rsidRDefault="008761B3" w:rsidP="00B4623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Гражданское</w:t>
      </w:r>
      <w:r w:rsidRPr="009A604A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воспитание: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Знающий</w:t>
      </w:r>
      <w:proofErr w:type="gramEnd"/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принимающий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свою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российскую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гражданскую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принадлежность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(идентичность)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поликультурном,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многонациональном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многоконфессиональном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российском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обществе,</w:t>
      </w:r>
      <w:r w:rsidRPr="00391EB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мировом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сообществе.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Понимающий</w:t>
      </w:r>
      <w:proofErr w:type="gramEnd"/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 сопричастность к прошлому, настоящему и будущему народа России,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тысячелетней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истории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государственности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основе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исторического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просвещения,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российского национального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исторического сознания.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 уважение к государственным символам России, праздникам.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391EB3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готовность</w:t>
      </w:r>
      <w:r w:rsidRPr="00391EB3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91EB3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выполнению</w:t>
      </w:r>
      <w:r w:rsidRPr="00391EB3">
        <w:rPr>
          <w:rFonts w:ascii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обязанностей</w:t>
      </w:r>
      <w:r w:rsidRPr="00391EB3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гражданина</w:t>
      </w:r>
      <w:r w:rsidRPr="00391EB3">
        <w:rPr>
          <w:rFonts w:ascii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России, реализации своих гражданских прав и свобод при уважении прав и свобод, законных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интересов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других</w:t>
      </w:r>
      <w:r w:rsidRPr="00391EB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людей.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Выражающий</w:t>
      </w:r>
      <w:r w:rsidRPr="00391EB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неприятие</w:t>
      </w:r>
      <w:r w:rsidRPr="00391EB3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любой</w:t>
      </w:r>
      <w:r w:rsidRPr="00391EB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дискриминации</w:t>
      </w:r>
      <w:r w:rsidRPr="00391EB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граждан,</w:t>
      </w:r>
      <w:r w:rsidRPr="00391EB3">
        <w:rPr>
          <w:rFonts w:ascii="Times New Roman" w:hAnsi="Times New Roman" w:cs="Times New Roman"/>
          <w:spacing w:val="50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проявлений</w:t>
      </w:r>
      <w:r w:rsidRPr="00391EB3">
        <w:rPr>
          <w:rFonts w:ascii="Times New Roman" w:hAnsi="Times New Roman" w:cs="Times New Roman"/>
          <w:spacing w:val="5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экстремизма,</w:t>
      </w:r>
      <w:r w:rsidRPr="00391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терроризма,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коррупции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обществе.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Принимающий</w:t>
      </w:r>
      <w:r w:rsidRPr="00391EB3">
        <w:rPr>
          <w:rFonts w:ascii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391EB3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жизни</w:t>
      </w:r>
      <w:r w:rsidRPr="00391EB3">
        <w:rPr>
          <w:rFonts w:ascii="Times New Roman" w:hAnsi="Times New Roman" w:cs="Times New Roman"/>
          <w:spacing w:val="6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класса,</w:t>
      </w:r>
      <w:r w:rsidRPr="00391EB3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общеобразовательной</w:t>
      </w:r>
      <w:r w:rsidRPr="00391EB3">
        <w:rPr>
          <w:rFonts w:ascii="Times New Roman" w:hAnsi="Times New Roman" w:cs="Times New Roman"/>
          <w:spacing w:val="6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организации,</w:t>
      </w:r>
      <w:r w:rsidRPr="00391EB3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6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том 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самоуправлении,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ab/>
        <w:t>ориентированный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ab/>
        <w:t xml:space="preserve"> на участие в социально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>значимой</w:t>
      </w:r>
      <w:r w:rsidRPr="00391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деятельности,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том числе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гуманитарной.</w:t>
      </w:r>
      <w:proofErr w:type="gramEnd"/>
    </w:p>
    <w:p w:rsidR="008761B3" w:rsidRPr="009A604A" w:rsidRDefault="008761B3" w:rsidP="00B4623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Патриотическое</w:t>
      </w:r>
      <w:r w:rsidRPr="009A604A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воспитание: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Сознающий свою национальную, этническую принадлежность, любящий свой народ,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его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традиции, культуру.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 уважение к историческому и культурному наследию своего и других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народов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символам,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праздникам,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памятникам,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традициям</w:t>
      </w:r>
      <w:r w:rsidRPr="00391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проживающих</w:t>
      </w:r>
      <w:r w:rsidRPr="00391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родной стране.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Проявляющий интерес к познанию родного языка, истории и культуры своего края,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народа, других</w:t>
      </w:r>
      <w:r w:rsidRPr="00391EB3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народов России.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Знающий 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уважающий достижения нашей Родины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— России в науке, искусстве,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спорте,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технологиях,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боевые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подвиги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трудовые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достижения,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героев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защитников</w:t>
      </w:r>
      <w:r w:rsidRPr="00391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Отечества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прошлом и современности.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Принимающий</w:t>
      </w:r>
      <w:proofErr w:type="gramEnd"/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участие</w:t>
      </w:r>
      <w:r w:rsidRPr="00391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мероприятиях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патриотической</w:t>
      </w:r>
      <w:r w:rsidRPr="00391EB3">
        <w:rPr>
          <w:rFonts w:ascii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направленности.</w:t>
      </w:r>
    </w:p>
    <w:p w:rsidR="008761B3" w:rsidRPr="009A604A" w:rsidRDefault="008761B3" w:rsidP="00B4623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Духовно-нравственное</w:t>
      </w:r>
      <w:r w:rsidRPr="009A604A">
        <w:rPr>
          <w:rFonts w:ascii="Times New Roman" w:eastAsia="Times New Roman" w:hAnsi="Times New Roman" w:cs="Times New Roman"/>
          <w:b/>
          <w:spacing w:val="-5"/>
          <w:sz w:val="24"/>
          <w:szCs w:val="24"/>
          <w:lang w:val="ru-RU"/>
        </w:rPr>
        <w:t xml:space="preserve"> </w:t>
      </w: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воспитание: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Знающий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уважающий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духовно-нравственную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культуру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народа,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ориентированный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духовные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ценности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нравственные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нормы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народов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российского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общества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ситуациях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нравственного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выбора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(с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национальной,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религиозной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принадлежности).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Выражающий</w:t>
      </w:r>
      <w:proofErr w:type="gramEnd"/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 готовность оценивать своё поведение и поступки, поведение и поступки</w:t>
      </w:r>
      <w:r w:rsidRPr="00391EB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других людей с позиций традиционных российских духовно-нравственных ценностей 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норм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осознания последствий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поступков.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Выражающий</w:t>
      </w:r>
      <w:proofErr w:type="gramEnd"/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неприятие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антигуманных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асоциальных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поступков,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поведения,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противоречащих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традиционным</w:t>
      </w:r>
      <w:r w:rsidRPr="00391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России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духовно-нравственным</w:t>
      </w:r>
      <w:r w:rsidRPr="00391EB3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нормам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ценностям.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Сознающий</w:t>
      </w:r>
      <w:proofErr w:type="gramEnd"/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391EB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соотношение  </w:t>
      </w:r>
      <w:r w:rsidRPr="00391EB3">
        <w:rPr>
          <w:rFonts w:ascii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свободы  </w:t>
      </w:r>
      <w:r w:rsidRPr="00391EB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r w:rsidRPr="00391EB3">
        <w:rPr>
          <w:rFonts w:ascii="Times New Roman" w:hAnsi="Times New Roman" w:cs="Times New Roman"/>
          <w:spacing w:val="5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ответственности  </w:t>
      </w:r>
      <w:r w:rsidRPr="00391EB3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личности  </w:t>
      </w:r>
      <w:r w:rsidRPr="00391EB3">
        <w:rPr>
          <w:rFonts w:ascii="Times New Roman" w:hAnsi="Times New Roman" w:cs="Times New Roman"/>
          <w:spacing w:val="55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 xml:space="preserve">в  </w:t>
      </w:r>
      <w:r w:rsidRPr="00391EB3">
        <w:rPr>
          <w:rFonts w:ascii="Times New Roman" w:hAnsi="Times New Roman" w:cs="Times New Roman"/>
          <w:spacing w:val="56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условиях индивидуального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общественного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пространства,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значение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ценность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межнационального,</w:t>
      </w:r>
      <w:r w:rsidRPr="00391EB3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межрелигиозного</w:t>
      </w:r>
      <w:r w:rsidRPr="00391EB3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согласия</w:t>
      </w:r>
      <w:r w:rsidRPr="00391EB3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людей,</w:t>
      </w:r>
      <w:r w:rsidRPr="00391EB3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народов</w:t>
      </w:r>
      <w:r w:rsidRPr="00391EB3">
        <w:rPr>
          <w:rFonts w:ascii="Times New Roman" w:hAnsi="Times New Roman" w:cs="Times New Roman"/>
          <w:spacing w:val="7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391EB3">
        <w:rPr>
          <w:rFonts w:ascii="Times New Roman" w:hAnsi="Times New Roman" w:cs="Times New Roman"/>
          <w:spacing w:val="7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России,</w:t>
      </w:r>
      <w:r w:rsidRPr="00391EB3">
        <w:rPr>
          <w:rFonts w:ascii="Times New Roman" w:hAnsi="Times New Roman" w:cs="Times New Roman"/>
          <w:spacing w:val="7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умеющий общаться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людьми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народов,</w:t>
      </w:r>
      <w:r w:rsidRPr="00391EB3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вероисповеданий.</w:t>
      </w:r>
    </w:p>
    <w:p w:rsidR="008761B3" w:rsidRPr="00391E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391EB3">
        <w:rPr>
          <w:rFonts w:ascii="Times New Roman" w:hAnsi="Times New Roman" w:cs="Times New Roman"/>
          <w:sz w:val="24"/>
          <w:szCs w:val="24"/>
          <w:lang w:val="ru-RU"/>
        </w:rPr>
        <w:t>Проявляющий</w:t>
      </w:r>
      <w:proofErr w:type="gramEnd"/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уважение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старшим,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российским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традиционным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семейным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ценностям,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институту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брака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как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союзу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мужчины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женщины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создания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семьи,</w:t>
      </w:r>
      <w:r w:rsidRPr="00391EB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рождения</w:t>
      </w:r>
      <w:r w:rsidRPr="00391EB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 воспитания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детей.</w:t>
      </w:r>
    </w:p>
    <w:p w:rsidR="008761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Проявляющий</w:t>
      </w:r>
      <w:r w:rsidRPr="00391EB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интерес</w:t>
      </w:r>
      <w:r w:rsidRPr="00391EB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91EB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чтению,</w:t>
      </w:r>
      <w:r w:rsidRPr="00391EB3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391EB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родному</w:t>
      </w:r>
      <w:r w:rsidRPr="00391EB3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языку,</w:t>
      </w:r>
      <w:r w:rsidRPr="00391EB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русскому</w:t>
      </w:r>
      <w:r w:rsidRPr="00391EB3">
        <w:rPr>
          <w:rFonts w:ascii="Times New Roman" w:hAnsi="Times New Roman" w:cs="Times New Roman"/>
          <w:spacing w:val="1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языку</w:t>
      </w:r>
      <w:r w:rsidRPr="00391EB3">
        <w:rPr>
          <w:rFonts w:ascii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391EB3">
        <w:rPr>
          <w:rFonts w:ascii="Times New Roman" w:hAnsi="Times New Roman" w:cs="Times New Roman"/>
          <w:spacing w:val="20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литературе</w:t>
      </w:r>
      <w:r w:rsidRPr="00391EB3">
        <w:rPr>
          <w:rFonts w:ascii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как части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духовной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культуры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своего</w:t>
      </w:r>
      <w:r w:rsidRPr="00391EB3">
        <w:rPr>
          <w:rFonts w:ascii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народа,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российского</w:t>
      </w:r>
      <w:r w:rsidRPr="00391EB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391EB3">
        <w:rPr>
          <w:rFonts w:ascii="Times New Roman" w:hAnsi="Times New Roman" w:cs="Times New Roman"/>
          <w:sz w:val="24"/>
          <w:szCs w:val="24"/>
          <w:lang w:val="ru-RU"/>
        </w:rPr>
        <w:t>общества.</w:t>
      </w:r>
    </w:p>
    <w:p w:rsidR="008761B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761B3" w:rsidRPr="009A604A" w:rsidRDefault="008761B3" w:rsidP="00B4623A">
      <w:pPr>
        <w:widowControl w:val="0"/>
        <w:tabs>
          <w:tab w:val="left" w:pos="993"/>
        </w:tabs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Ценности</w:t>
      </w:r>
      <w:r w:rsidRPr="009A604A">
        <w:rPr>
          <w:rFonts w:ascii="Times New Roman" w:eastAsia="Times New Roman" w:hAnsi="Times New Roman" w:cs="Times New Roman"/>
          <w:b/>
          <w:spacing w:val="-3"/>
          <w:sz w:val="24"/>
          <w:szCs w:val="24"/>
          <w:lang w:val="ru-RU"/>
        </w:rPr>
        <w:t xml:space="preserve"> </w:t>
      </w: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научного</w:t>
      </w:r>
      <w:r w:rsidRPr="009A604A">
        <w:rPr>
          <w:rFonts w:ascii="Times New Roman" w:eastAsia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9A604A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познания:</w:t>
      </w:r>
    </w:p>
    <w:p w:rsidR="008761B3" w:rsidRPr="00753DA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753DA3">
        <w:rPr>
          <w:rFonts w:ascii="Times New Roman" w:hAnsi="Times New Roman" w:cs="Times New Roman"/>
          <w:sz w:val="24"/>
          <w:szCs w:val="24"/>
          <w:lang w:val="ru-RU"/>
        </w:rPr>
        <w:t>Выражающий</w:t>
      </w:r>
      <w:proofErr w:type="gramEnd"/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познавательные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интересы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разных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предметных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областях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учётом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индивидуальных интересов, способностей,</w:t>
      </w:r>
      <w:r w:rsidRPr="00753DA3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достижений.</w:t>
      </w:r>
    </w:p>
    <w:p w:rsidR="008761B3" w:rsidRPr="00753DA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753DA3">
        <w:rPr>
          <w:rFonts w:ascii="Times New Roman" w:hAnsi="Times New Roman" w:cs="Times New Roman"/>
          <w:sz w:val="24"/>
          <w:szCs w:val="24"/>
          <w:lang w:val="ru-RU"/>
        </w:rPr>
        <w:t>Ориентированный</w:t>
      </w:r>
      <w:proofErr w:type="gramEnd"/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на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систему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научных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представлений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закономерностях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человека,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природы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общества,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взаимосвязях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человека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природной</w:t>
      </w:r>
      <w:r w:rsidRPr="00753DA3">
        <w:rPr>
          <w:rFonts w:ascii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и социальной средой.</w:t>
      </w:r>
    </w:p>
    <w:p w:rsidR="008761B3" w:rsidRPr="00753DA3" w:rsidRDefault="008761B3" w:rsidP="00B4623A">
      <w:pPr>
        <w:pStyle w:val="a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753DA3">
        <w:rPr>
          <w:rFonts w:ascii="Times New Roman" w:hAnsi="Times New Roman" w:cs="Times New Roman"/>
          <w:sz w:val="24"/>
          <w:szCs w:val="24"/>
          <w:lang w:val="ru-RU"/>
        </w:rPr>
        <w:t>Развивающий</w:t>
      </w:r>
      <w:proofErr w:type="gramEnd"/>
      <w:r w:rsidRPr="00753DA3">
        <w:rPr>
          <w:rFonts w:ascii="Times New Roman" w:hAnsi="Times New Roman" w:cs="Times New Roman"/>
          <w:sz w:val="24"/>
          <w:szCs w:val="24"/>
          <w:lang w:val="ru-RU"/>
        </w:rPr>
        <w:t xml:space="preserve"> навыки использования различных средств познания, накопления знаний</w:t>
      </w:r>
      <w:r w:rsidRPr="00753DA3">
        <w:rPr>
          <w:rFonts w:ascii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о мире (языковая, читательская культура, деятельность в информационной, цифровой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среде).</w:t>
      </w:r>
    </w:p>
    <w:p w:rsidR="008761B3" w:rsidRDefault="008761B3" w:rsidP="00B4623A">
      <w:pPr>
        <w:pStyle w:val="a9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proofErr w:type="gramStart"/>
      <w:r w:rsidRPr="00753DA3">
        <w:rPr>
          <w:rFonts w:ascii="Times New Roman" w:hAnsi="Times New Roman" w:cs="Times New Roman"/>
          <w:sz w:val="24"/>
          <w:szCs w:val="24"/>
          <w:lang w:val="ru-RU"/>
        </w:rPr>
        <w:t>Демонстрирующий</w:t>
      </w:r>
      <w:proofErr w:type="gramEnd"/>
      <w:r w:rsidRPr="00753DA3">
        <w:rPr>
          <w:rFonts w:ascii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навыки</w:t>
      </w:r>
      <w:r w:rsidRPr="00753DA3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наблюдений,</w:t>
      </w:r>
      <w:r w:rsidRPr="00753DA3">
        <w:rPr>
          <w:rFonts w:ascii="Times New Roman" w:hAnsi="Times New Roman" w:cs="Times New Roman"/>
          <w:spacing w:val="68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накопления</w:t>
      </w:r>
      <w:r w:rsidRPr="00753DA3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фактов,</w:t>
      </w:r>
      <w:r w:rsidRPr="00753DA3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осмысления</w:t>
      </w:r>
      <w:r w:rsidRPr="00753DA3">
        <w:rPr>
          <w:rFonts w:ascii="Times New Roman" w:hAnsi="Times New Roman" w:cs="Times New Roman"/>
          <w:spacing w:val="7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опыта</w:t>
      </w:r>
      <w:r w:rsidRPr="00753DA3">
        <w:rPr>
          <w:rFonts w:ascii="Times New Roman" w:hAnsi="Times New Roman" w:cs="Times New Roman"/>
          <w:spacing w:val="70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в естественнонаучной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гуманитарной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областях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познания,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исследовательской</w:t>
      </w:r>
      <w:r w:rsidRPr="00753DA3">
        <w:rPr>
          <w:rFonts w:ascii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753DA3">
        <w:rPr>
          <w:rFonts w:ascii="Times New Roman" w:hAnsi="Times New Roman" w:cs="Times New Roman"/>
          <w:sz w:val="24"/>
          <w:szCs w:val="24"/>
          <w:lang w:val="ru-RU"/>
        </w:rPr>
        <w:t>деятельности.</w:t>
      </w:r>
    </w:p>
    <w:p w:rsidR="008761B3" w:rsidRPr="009A604A" w:rsidRDefault="008761B3" w:rsidP="00B4623A">
      <w:pPr>
        <w:pStyle w:val="a9"/>
        <w:ind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/>
          <w:bCs/>
          <w:sz w:val="24"/>
          <w:szCs w:val="24"/>
          <w:lang w:val="ru-RU"/>
        </w:rPr>
        <w:t>Урочная деятельность</w:t>
      </w:r>
    </w:p>
    <w:p w:rsidR="008761B3" w:rsidRPr="009A604A" w:rsidRDefault="008761B3" w:rsidP="00B4623A">
      <w:pPr>
        <w:pStyle w:val="a9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Реализация школьными педагогами воспитательного потенциала урока предполагает ориентацию на целевые приоритеты, связанные с возрастными особенностями учащихся и обеспечивает: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 xml:space="preserve">установление </w:t>
      </w:r>
      <w:proofErr w:type="gramStart"/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>субъект-субъектных</w:t>
      </w:r>
      <w:proofErr w:type="gramEnd"/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 xml:space="preserve"> отношений в процессе учебной деятельности через </w:t>
      </w: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делегирование учащимся ряда учительских, в том числе и дидактических полномочий; проявление доверия к детям со стороны педагогов, уважения к их достоинству и чести; акцентирование внимания на индивидуальных особенностях, интересах, увлечениях, привычках того или иного ученика;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>использование воспитательных возможностей предметного содержания через подбор соответствующих текстов для чтения, задач для решения, музыки для прослушивания, тем для рисования, проблемных ситуаций для обсуждения, а также ситуаций, предполагающих ценностный выбор;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 xml:space="preserve">создание позитивных и конструктивных отношений между учителем и учениками через похвалу, выделение сильных сторон ученика, организацию совместной творческой деятельности; установление сотруднических отношений в продуктивной деятельности, использование </w:t>
      </w: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мотивирующего потенциала юмора, обращение к личному опыту учащихся, проявление внимания к ученикам, требующим такого внимания;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побуждение обучающихся соблюдать </w:t>
      </w:r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 xml:space="preserve">правила внутреннего распорядка, </w:t>
      </w: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нормы поведения, правила общения со сверстниками и педагогами, соответствующие укладу Школы, установление и поддержку доброжелательной атмосферы </w:t>
      </w:r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>через закрепление за каждым учащимся своего места, использование привлекательных для детей традиций, демонстрацию собственного примера;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организацию шефства </w:t>
      </w:r>
      <w:proofErr w:type="gramStart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мотивированных</w:t>
      </w:r>
      <w:proofErr w:type="gramEnd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u w:val="single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инициирование и поддержку исследовательской деятельности обучающихся в форме индивидуальных и групповых проектов</w:t>
      </w:r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>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включение учителями в рабочие программы по всем учебным предметам, курсам, модулям целевых ориентиров результатов воспитания, их учёт в формулировках воспитательных задач уроков, занятий, освоения учебной тематики, их реализацию в обучении;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8761B3" w:rsidRPr="009A604A" w:rsidRDefault="008761B3" w:rsidP="00B4623A">
      <w:pPr>
        <w:pStyle w:val="a9"/>
        <w:numPr>
          <w:ilvl w:val="0"/>
          <w:numId w:val="10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применение     интерактивных      форм      учебной     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мышления.</w:t>
      </w:r>
    </w:p>
    <w:p w:rsidR="008761B3" w:rsidRPr="009A604A" w:rsidRDefault="008761B3" w:rsidP="00B4623A">
      <w:pPr>
        <w:pStyle w:val="a9"/>
        <w:jc w:val="both"/>
        <w:rPr>
          <w:rFonts w:ascii="Times New Roman" w:hAnsi="Times New Roman" w:cs="Times New Roman"/>
          <w:bCs/>
          <w:i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Реализация воспитательного потенциала основных школьных дел предусматривает</w:t>
      </w:r>
      <w:r w:rsidRPr="009A604A">
        <w:rPr>
          <w:rFonts w:ascii="Times New Roman" w:hAnsi="Times New Roman" w:cs="Times New Roman"/>
          <w:bCs/>
          <w:i/>
          <w:sz w:val="24"/>
          <w:szCs w:val="24"/>
          <w:lang w:val="ru-RU"/>
        </w:rPr>
        <w:t>: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общешкольные многодневные тематические мероприятия, направленные на формирование личностных результатов обучающихся: Неделя толерантности, Марафон добрых дел, Неделя профориентации, Декада «Мы за ЗОЖ!», Неделя позитива, КТД «Новогодний переполох» и др.;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ежегодные мероприятия, связанные с общероссийскими, региональными, муниципальными праздниками, памятными датами, в которых участвуют все классы: мероприятия в рамках календаря знаменательных дат;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участие во всероссийских акциях, проектах, посвящённых значимым событиям в России, мире: проект «Огневые рубежи», акции «Блокадный хлеб», «Диктант Победы», «Свеча памяти», «Час Земли», «Сад памяти» и др.);</w:t>
      </w:r>
      <w:proofErr w:type="gramEnd"/>
    </w:p>
    <w:p w:rsidR="008761B3" w:rsidRPr="009A604A" w:rsidRDefault="008761B3" w:rsidP="00B4623A">
      <w:pPr>
        <w:pStyle w:val="a9"/>
        <w:numPr>
          <w:ilvl w:val="0"/>
          <w:numId w:val="12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торжественные мероприятия, связанные с завершением образования, переходом на следующий уровень образования: Последний звонок, церемония вручения аттестатов, праздник «Прощание с начальной школой»;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мероприятия, символизирующие приобретение новых социальных статусов в общеобразовательной организации, обществе: ритуалы посвящения в первоклассники, пятиклассники, старшеклассники;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церемонии награждения (по итогам учебного периода, года) обучающихся и педагогов за участие в жизни общеобразовательной организации, достижения в конкурсах, соревнованиях, олимпиадах, вклад в развитие общеобразовательной организации, г. Болгар, Спасского района: праздник «За честь школы», чествование победителей и призёров муниципального и регионального этапа Всероссийской олимпиады школьников;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федеральные, региональные и муниципальные проекты, направленные на достижение целевых ориентиров воспитания: проекты «Орлята России», «Билет в будущее», конкурс «Большая перемена» и др.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социальные проекты в общеобразовательной организации, совместно разрабатываемые и реализуемые обучающимися и педагогами, в том числе с участием социальных партнёров: «</w:t>
      </w:r>
      <w:proofErr w:type="gramStart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Школьные</w:t>
      </w:r>
      <w:proofErr w:type="gramEnd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медиа против деструктивных сообществ», «Россия – моя история» и др.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мероприятия благотворительной, экологической, патриотической, трудовой и других направленностей: тематические викторины, квесты, квизы, флешмобы; акции по благоустройству и оформлению школьной территории, фестиваль «Этих дней не смолкнет слава!», фестиваль талантов, выставки рисунков и фотографий, оформление тематических экспозиций и др. </w:t>
      </w:r>
      <w:proofErr w:type="gramEnd"/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участие во </w:t>
      </w:r>
      <w:proofErr w:type="gramStart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Всероссийских</w:t>
      </w:r>
      <w:proofErr w:type="gramEnd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онлайн-уроках Института изучения детства, семьи и воспитания Российской академии образования;</w:t>
      </w:r>
      <w:r w:rsidRPr="009A604A">
        <w:rPr>
          <w:rFonts w:ascii="Times New Roman" w:hAnsi="Times New Roman" w:cs="Times New Roman"/>
          <w:bCs/>
          <w:i/>
          <w:sz w:val="24"/>
          <w:szCs w:val="24"/>
          <w:u w:val="single"/>
          <w:lang w:val="ru-RU"/>
        </w:rPr>
        <w:t xml:space="preserve"> 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через формирование творческих </w:t>
      </w:r>
      <w:proofErr w:type="gramStart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групп</w:t>
      </w:r>
      <w:proofErr w:type="gramEnd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как на уровне класса, так и на уровне Школы вовлечение по возможности каждого обучающегося в школьные дела в разных ролях (сценаристов, постановщиков, исполнителей, корреспондентов, ведущих, оформителей, музыкальных редакторов,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8761B3" w:rsidRPr="009A604A" w:rsidRDefault="008761B3" w:rsidP="00B4623A">
      <w:pPr>
        <w:pStyle w:val="a9"/>
        <w:numPr>
          <w:ilvl w:val="0"/>
          <w:numId w:val="11"/>
        </w:numPr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9A604A">
        <w:rPr>
          <w:rFonts w:ascii="Times New Roman" w:hAnsi="Times New Roman" w:cs="Times New Roman"/>
          <w:bCs/>
          <w:sz w:val="24"/>
          <w:szCs w:val="24"/>
          <w:lang w:val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 с последующей корректировкой организации взаимодействия с обучающимися.</w:t>
      </w:r>
      <w:proofErr w:type="gramEnd"/>
    </w:p>
    <w:p w:rsidR="001F6C50" w:rsidRPr="00771CA3" w:rsidRDefault="001F6C50">
      <w:pPr>
        <w:autoSpaceDE w:val="0"/>
        <w:autoSpaceDN w:val="0"/>
        <w:spacing w:after="216" w:line="220" w:lineRule="exact"/>
        <w:rPr>
          <w:lang w:val="ru-RU"/>
        </w:rPr>
      </w:pPr>
    </w:p>
    <w:p w:rsidR="001F6C50" w:rsidRPr="00771CA3" w:rsidRDefault="00771CA3" w:rsidP="00771CA3">
      <w:pPr>
        <w:autoSpaceDE w:val="0"/>
        <w:autoSpaceDN w:val="0"/>
        <w:spacing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СОДЕРЖАНИЕ УЧЕБНОГО КУРСА "МАТЕМАТИКА"</w:t>
      </w:r>
    </w:p>
    <w:p w:rsidR="001F6C50" w:rsidRPr="00771CA3" w:rsidRDefault="007B1DC5" w:rsidP="008761B3">
      <w:pPr>
        <w:autoSpaceDE w:val="0"/>
        <w:autoSpaceDN w:val="0"/>
        <w:spacing w:before="346" w:after="0" w:line="230" w:lineRule="auto"/>
        <w:jc w:val="center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Натуральные числа и нуль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координатной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(числовой) прямой. Позиционная система счисления. Римская нумерация как пример непозиционной системы счисления. Десятичная система счисления. Сравнение натуральных чисел, сравнение натуральных чисел с нулём. Способы сравнения. Округление натуральных чисел. Сложение натуральных чисел; свойство нуля при сложении. Вычитание как действие, обратное сложению.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Умножение натуральных чисел; свойства нуля и единицы при умножении. Деление как действие, обратное умножению. Компоненты действий, связь между ними. Проверка результата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арифметического действия. Переместительное и сочетательное свойства (законы) сложения и умножения, распределительное свойство (закон) умножения. Использование букв для обозначения неизвестного компонента и записи свойств арифметических действий. Делители и кратные числа, разложение на множители. Простые и составные числа. Признаки делимости на 2, 5, 10, 3, 9. Деление с остатком. Степень с натуральным показателем. Запись числа в виде суммы разрядных слагаемых.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Числовое выражение. Вычисление значений числовых выражений; порядок выполнения действий.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Дроби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дробь;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 Сложение и вычитание дробей. Умножение и деление дробей; взаимно-обратные дроби. Нахождение части целого и целого по его части. 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числовой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Сравнение десятичных дробей. Арифметические действия с десятичными дробями. Округление десятичных дробей.</w:t>
      </w:r>
    </w:p>
    <w:p w:rsidR="001F6C50" w:rsidRPr="00771CA3" w:rsidRDefault="007B1DC5">
      <w:pPr>
        <w:autoSpaceDE w:val="0"/>
        <w:autoSpaceDN w:val="0"/>
        <w:spacing w:before="264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432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Решение задач, содержащих зависимости, связывающие величины: скорость, время, расстояние; цена, количество, стоимость.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Единицы измерения: массы, объёма, цены; расстояния, времени, скорости.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296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Связь между единицами измерения каждой величины. Решение основных задач на дроби. Представление данных в виде таблиц, столбчатых диаграмм.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Угол. Прямой, острый, тупой и развёрнутый углы. Длина отрезка, метрические единицы длины. Длина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ломаной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, периметр многоугольника. Измерение и построение углов с помощью транспортира. Наглядные представления о фигурах на плоскости: многоугольник; прямоугольник, квадрат; треугольник, о равенстве фигур. Изображение фигур, в том числе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</w:p>
    <w:p w:rsidR="001F6C50" w:rsidRPr="00771CA3" w:rsidRDefault="001F6C50" w:rsidP="00B4623A">
      <w:pPr>
        <w:spacing w:line="240" w:lineRule="auto"/>
        <w:rPr>
          <w:lang w:val="ru-RU"/>
        </w:rPr>
        <w:sectPr w:rsidR="001F6C50" w:rsidRPr="00771CA3">
          <w:pgSz w:w="11900" w:h="16840"/>
          <w:pgMar w:top="436" w:right="622" w:bottom="416" w:left="666" w:header="720" w:footer="720" w:gutter="0"/>
          <w:cols w:space="720" w:equalWidth="0">
            <w:col w:w="10612" w:space="0"/>
          </w:cols>
          <w:docGrid w:linePitch="360"/>
        </w:sectPr>
      </w:pPr>
    </w:p>
    <w:p w:rsidR="001F6C50" w:rsidRPr="00771CA3" w:rsidRDefault="001F6C50" w:rsidP="00B4623A">
      <w:pPr>
        <w:autoSpaceDE w:val="0"/>
        <w:autoSpaceDN w:val="0"/>
        <w:spacing w:after="66" w:line="240" w:lineRule="auto"/>
        <w:rPr>
          <w:lang w:val="ru-RU"/>
        </w:rPr>
      </w:pP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ств ст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орон и углов прямоугольника, квадрата. 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 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др.). Объём прямоугольного параллелепипеда, куба. Единицы измерения объёма.</w:t>
      </w:r>
    </w:p>
    <w:p w:rsidR="001F6C50" w:rsidRPr="00771CA3" w:rsidRDefault="007B1DC5" w:rsidP="008761B3">
      <w:pPr>
        <w:autoSpaceDE w:val="0"/>
        <w:autoSpaceDN w:val="0"/>
        <w:spacing w:before="382" w:after="0" w:line="230" w:lineRule="auto"/>
        <w:jc w:val="center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1F6C50" w:rsidRPr="00771CA3" w:rsidRDefault="007B1DC5">
      <w:pPr>
        <w:autoSpaceDE w:val="0"/>
        <w:autoSpaceDN w:val="0"/>
        <w:spacing w:before="264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Натуральные числа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сочетательного свой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ств сл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ожения и умножения, распределительного свойства умножения.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Округление натуральных чисел.  Делители и кратные числа; наибольший общий делитель и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наименьшее общее кратное. Делимость суммы и произведения. Деление с остатком.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Дроби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Отношение. Деление в данном отношении. Масштаб, пропорция. Применение пропорций при решении задач. 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Положительные и отрицательные числа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Положительные и отрицательные числа. Целые числа. Модуль числа, геометрическая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интерпретация модуля числа. Изображение чисел на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координатной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прямой. Числовые промежутки.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Сравнение чисел. Арифметические действия с положительными и отрицательными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числами. 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Буквенные выражения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Формулы; формулы периметра и площади прямоугольника, квадрата, объёма параллелепипеда и куба.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144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Решение текстовых задач арифметическим способом. Решение логических задач. Решение задач перебором всех возможных вариантов.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Решение задач, содержащих зависимости, связывающих величины: скорость, время, расстояние; цена, количество, стоимость; производительность, время, объём работы.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Единицы измерения: массы, стоимости; расстояния, времени, скорости. Связь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между</w:t>
      </w:r>
      <w:proofErr w:type="gramEnd"/>
    </w:p>
    <w:p w:rsidR="001F6C50" w:rsidRPr="00771CA3" w:rsidRDefault="001F6C50" w:rsidP="00B4623A">
      <w:pPr>
        <w:spacing w:line="240" w:lineRule="auto"/>
        <w:rPr>
          <w:lang w:val="ru-RU"/>
        </w:rPr>
        <w:sectPr w:rsidR="001F6C50" w:rsidRPr="00771CA3">
          <w:pgSz w:w="11900" w:h="16840"/>
          <w:pgMar w:top="286" w:right="662" w:bottom="402" w:left="666" w:header="720" w:footer="720" w:gutter="0"/>
          <w:cols w:space="720" w:equalWidth="0">
            <w:col w:w="10572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66" w:line="220" w:lineRule="exact"/>
        <w:rPr>
          <w:lang w:val="ru-RU"/>
        </w:rPr>
      </w:pP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единицами измерения каждой величины. Решение задач, связанных с отношением,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пропорциональностью величин, процентами; решение основных задач на дроби и проценты. Оценка и прикидка, округление результата. Составление буквенных выражений по условию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задачи. Представление данных с помощью таблиц и диаграмм. Столбчатые диаграммы: чтение и построение. Чтение круговых диаграмм.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Взаимное расположение двух прямых на плоскости, параллельные прямые, перпендикулярные прямые.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Измерение расстояний: между двумя точками, от точки до прямой; длина маршрута на квадратной сетке.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Измерение и построение углов с помощью транспортира. Виды треугольников: остроугольный, прямоугольный, тупоугольный; равнобедренный, равносторонний. Четырёхугольник, примеры четырёхугольников.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Прямоугольник, квадрат: использование свой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ств ст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орон, углов, диагоналей. Изображение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геометрических фигур на нелинованной бумаге с использованием циркуля, линейки, угольника, транспортира. Построения на клетчатой бумаге. Периметр многоугольника. Понятие площади фигуры;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 Симметрия: центральная, осевая и зеркальная симметрии. Построение симметричных фигур.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Наглядные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представления о пространственных фигурах: параллелепипед, куб, призма, пирамида, конус, цилиндр, шар и сфера.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др.). Понятие объёма; единицы измерения объёма. Объём прямоугольного параллелепипеда, куба.</w:t>
      </w:r>
    </w:p>
    <w:p w:rsidR="001F6C50" w:rsidRPr="00771CA3" w:rsidRDefault="001F6C50" w:rsidP="00B4623A">
      <w:pPr>
        <w:spacing w:line="240" w:lineRule="auto"/>
        <w:rPr>
          <w:lang w:val="ru-RU"/>
        </w:rPr>
        <w:sectPr w:rsidR="001F6C50" w:rsidRPr="00771CA3">
          <w:pgSz w:w="11900" w:h="16840"/>
          <w:pgMar w:top="286" w:right="676" w:bottom="1440" w:left="666" w:header="720" w:footer="720" w:gutter="0"/>
          <w:cols w:space="720" w:equalWidth="0">
            <w:col w:w="10558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78" w:line="220" w:lineRule="exact"/>
        <w:rPr>
          <w:lang w:val="ru-RU"/>
        </w:rPr>
      </w:pPr>
    </w:p>
    <w:p w:rsidR="001F6C50" w:rsidRPr="00771CA3" w:rsidRDefault="00771CA3" w:rsidP="00771CA3">
      <w:pPr>
        <w:autoSpaceDE w:val="0"/>
        <w:autoSpaceDN w:val="0"/>
        <w:spacing w:after="0" w:line="230" w:lineRule="auto"/>
        <w:jc w:val="center"/>
        <w:rPr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III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ПЛАНИРУЕМЫЕ ОБРАЗОВАТЕЛЬНЫЕ РЕЗУЛЬТАТЫ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Личностные результаты освоения программы учебного предмета «Математика» характеризуются: </w:t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Патриотическое воспитание: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Гражданское и духовно-нравственное воспитание: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(выборы, опросы и пр.);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Трудовое воспитание: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умений; осознанным выбором и построением индивидуальной траектории образования и жизненных планов с учётом личных интересов и общественных потребностей.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Эстетическое воспитание</w:t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: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рассуждений; умению видеть математические закономерности в искусстве.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Ценности научного познания: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овладением простейшими навыками исследовательской деятельности.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Физическое воспитание, формирование культуры здоровья и эмоционального благополучия: </w:t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активность); сформированностью навыка рефлексии, признанием своего права на ошибку и такого же права другого человека.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Экологическое воспитание: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среды; осознанием глобального характера экологических проблем и путей их решения.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771CA3">
        <w:rPr>
          <w:lang w:val="ru-RU"/>
        </w:rPr>
        <w:br/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298" w:right="650" w:bottom="41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78" w:line="220" w:lineRule="exact"/>
        <w:rPr>
          <w:lang w:val="ru-RU"/>
        </w:rPr>
      </w:pP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1F6C50" w:rsidRPr="00771CA3" w:rsidRDefault="007B1DC5" w:rsidP="00B4623A">
      <w:pPr>
        <w:autoSpaceDE w:val="0"/>
        <w:autoSpaceDN w:val="0"/>
        <w:spacing w:before="262"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1F6C50" w:rsidRPr="00771CA3" w:rsidRDefault="007B1DC5" w:rsidP="00B4623A">
      <w:pPr>
        <w:autoSpaceDE w:val="0"/>
        <w:autoSpaceDN w:val="0"/>
        <w:spacing w:before="166" w:after="0" w:line="240" w:lineRule="auto"/>
        <w:ind w:right="720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Метапредметные результаты освоения программы учебного предмета «Математика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»х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арактеризуются овладением </w:t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универсальными </w:t>
      </w:r>
      <w:r w:rsidRPr="00771CA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познавательными </w:t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действиями, универсальными </w:t>
      </w:r>
      <w:r w:rsidRPr="00771CA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коммуникативными </w:t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действиями и универсальными </w:t>
      </w:r>
      <w:r w:rsidRPr="00771CA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регулятивными </w:t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действиями.</w:t>
      </w:r>
    </w:p>
    <w:p w:rsidR="001F6C50" w:rsidRPr="00771CA3" w:rsidRDefault="007B1DC5" w:rsidP="00B4623A">
      <w:pPr>
        <w:autoSpaceDE w:val="0"/>
        <w:autoSpaceDN w:val="0"/>
        <w:spacing w:before="190" w:after="0" w:line="240" w:lineRule="auto"/>
        <w:ind w:right="288" w:firstLine="180"/>
        <w:rPr>
          <w:lang w:val="ru-RU"/>
        </w:rPr>
      </w:pP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1) Универсальные </w:t>
      </w:r>
      <w:r w:rsidRPr="00771CA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познавательные </w:t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информацией).</w:t>
      </w:r>
    </w:p>
    <w:p w:rsidR="001F6C50" w:rsidRPr="00771CA3" w:rsidRDefault="007B1DC5" w:rsidP="00B4623A">
      <w:pPr>
        <w:autoSpaceDE w:val="0"/>
        <w:autoSpaceDN w:val="0"/>
        <w:spacing w:before="192"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логические действия: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576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и характеризовать существенные признаки математических объектов, понятий, отношений между понятиями;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58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воспринимать, формулировать и преобразовывать суждения: утвердительные и отрицательные, единичные, частные и общие;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условные; выявлять математические закономерности, взаимосвязи и противоречия в фактах, данных, наблюдениях и утверждениях;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предлагать критерии для выявления закономерностей и противоречий;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58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делать выводы с использованием законов логики, дедуктивных и индуктивных умозаключений, умозаключений по аналогии;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152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обосновывать собственные рассуждения;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1F6C50" w:rsidRPr="00771CA3" w:rsidRDefault="007B1DC5" w:rsidP="00B4623A">
      <w:pPr>
        <w:autoSpaceDE w:val="0"/>
        <w:autoSpaceDN w:val="0"/>
        <w:spacing w:before="180"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Базовые исследовательские действия:</w:t>
      </w:r>
    </w:p>
    <w:p w:rsidR="001F6C50" w:rsidRPr="00771CA3" w:rsidRDefault="007B1DC5" w:rsidP="00B4623A">
      <w:pPr>
        <w:autoSpaceDE w:val="0"/>
        <w:autoSpaceDN w:val="0"/>
        <w:spacing w:before="178"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использовать вопросы как исследовательский инструмент познания;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296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формулировать вопросы, фиксирующие противоречие, проблему, самостоятельно устанавливать искомое и данное, формировать гипотезу,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аргументировать свою позицию, мнение;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288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 прогнозировать возможное развитие процесса, а также выдвигать предположения о его развитии в новых условиях.</w:t>
      </w:r>
    </w:p>
    <w:p w:rsidR="001F6C50" w:rsidRPr="00771CA3" w:rsidRDefault="001F6C50" w:rsidP="00B4623A">
      <w:pPr>
        <w:spacing w:after="0" w:line="240" w:lineRule="auto"/>
        <w:rPr>
          <w:lang w:val="ru-RU"/>
        </w:rPr>
        <w:sectPr w:rsidR="001F6C50" w:rsidRPr="00771CA3">
          <w:pgSz w:w="11900" w:h="16840"/>
          <w:pgMar w:top="298" w:right="668" w:bottom="348" w:left="666" w:header="720" w:footer="720" w:gutter="0"/>
          <w:cols w:space="720" w:equalWidth="0">
            <w:col w:w="10566" w:space="0"/>
          </w:cols>
          <w:docGrid w:linePitch="360"/>
        </w:sectPr>
      </w:pPr>
    </w:p>
    <w:p w:rsidR="001F6C50" w:rsidRPr="00771CA3" w:rsidRDefault="001F6C50" w:rsidP="00B4623A">
      <w:pPr>
        <w:autoSpaceDE w:val="0"/>
        <w:autoSpaceDN w:val="0"/>
        <w:spacing w:after="0" w:line="240" w:lineRule="auto"/>
        <w:rPr>
          <w:lang w:val="ru-RU"/>
        </w:rPr>
      </w:pP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Работа с информацией: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выявлять недостаточность и избыточность информации, данных, необходимых для решения задачи;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288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выбирать, анализировать, систематизировать и интерпретировать информацию различных видов и форм представления;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форму представления информации и иллюстрировать решаемые задачи схемами, диаграммами, иной графикой и их комбинациями;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296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оценивать надёжность информации по критериям, предложенным учителем или сформулированным самостоятельно.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2)  Универсальные </w:t>
      </w:r>
      <w:r w:rsidRPr="00771CA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коммуникативные </w:t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сформированность социальных навыков обучающихся.</w:t>
      </w:r>
    </w:p>
    <w:p w:rsidR="001F6C50" w:rsidRPr="00771CA3" w:rsidRDefault="007B1DC5" w:rsidP="00B4623A">
      <w:pPr>
        <w:autoSpaceDE w:val="0"/>
        <w:autoSpaceDN w:val="0"/>
        <w:spacing w:before="190"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Общение: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воспринимать и формулировать суждения в соответствии с условиями и целями общения;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в ходе обсуждения задавать вопросы по существу обсуждаемой темы, проблемы, решаемой задачи, высказывать идеи, нацеленные на поиск решения;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7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сопоставлять свои суждения с суждениями других участников диалога, обнаруживать различие и сходство позиций;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 корректной форме формулировать разногласия, свои возражения;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представлять результаты решения задачи, эксперимента, исследования, проекта;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выбирать формат выступления с учётом задач презентации и особенностей аудитории.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Сотрудничество: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44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понимать и использовать преимущества командной и индивидуальной работы при решении учебных математических задач;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288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обобщать мнения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нескольких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людей; участвовать в групповых формах работы (обсуждения, обмен мнениями, мозговые штурмы и др.);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выполнять свою часть работы и координировать свои действия с другими членами команды;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576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оценивать качество своего вклада в общий продукт по критериям, сформулированным участниками взаимодействия.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 xml:space="preserve">3)  Универсальные </w:t>
      </w:r>
      <w:r w:rsidRPr="00771CA3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регулятивные </w:t>
      </w:r>
      <w:r w:rsidRPr="00771CA3">
        <w:rPr>
          <w:rFonts w:ascii="Times New Roman" w:eastAsia="Times New Roman" w:hAnsi="Times New Roman"/>
          <w:i/>
          <w:color w:val="000000"/>
          <w:sz w:val="24"/>
          <w:lang w:val="ru-RU"/>
        </w:rPr>
        <w:t>действия обеспечивают формирование смысловых установок и жизненных навыков личности.</w:t>
      </w:r>
    </w:p>
    <w:p w:rsidR="001F6C50" w:rsidRPr="00771CA3" w:rsidRDefault="007B1DC5" w:rsidP="00B4623A">
      <w:pPr>
        <w:autoSpaceDE w:val="0"/>
        <w:autoSpaceDN w:val="0"/>
        <w:spacing w:before="190"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Самоорганизация:</w:t>
      </w:r>
    </w:p>
    <w:p w:rsidR="001F6C50" w:rsidRPr="00771CA3" w:rsidRDefault="007B1DC5" w:rsidP="00B4623A">
      <w:pPr>
        <w:autoSpaceDE w:val="0"/>
        <w:autoSpaceDN w:val="0"/>
        <w:spacing w:before="178"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298" w:right="830" w:bottom="384" w:left="666" w:header="720" w:footer="720" w:gutter="0"/>
          <w:cols w:space="720" w:equalWidth="0">
            <w:col w:w="10404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114" w:line="220" w:lineRule="exact"/>
        <w:rPr>
          <w:lang w:val="ru-RU"/>
        </w:rPr>
      </w:pPr>
    </w:p>
    <w:p w:rsidR="001F6C50" w:rsidRPr="00771CA3" w:rsidRDefault="007B1DC5">
      <w:pPr>
        <w:autoSpaceDE w:val="0"/>
        <w:autoSpaceDN w:val="0"/>
        <w:spacing w:after="0" w:line="23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Самоконтроль: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 w:right="1296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—  владеть способами самопроверки, самоконтроля процесса и результата решения математической задачи; 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42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—  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1F6C50" w:rsidRPr="00771CA3" w:rsidRDefault="007B1DC5">
      <w:pPr>
        <w:autoSpaceDE w:val="0"/>
        <w:autoSpaceDN w:val="0"/>
        <w:spacing w:before="324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1F6C50" w:rsidRPr="00771CA3" w:rsidRDefault="007B1DC5">
      <w:pPr>
        <w:autoSpaceDE w:val="0"/>
        <w:autoSpaceDN w:val="0"/>
        <w:spacing w:before="264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вычисления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координатной (числовой) прямой.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Выполнять проверку, прикидку результата вычислений.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Округлять натуральные числа.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содержащие зависимости, связывающие величины: скорость, время, расстояние; цена, количество, стоимость.</w:t>
      </w:r>
      <w:proofErr w:type="gramEnd"/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Использовать краткие записи, схемы, таблицы, обозначения при решении задач.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единицами измерения: цены, массы; расстояния, времени, скорости; выражать одни единицы вел</w:t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и-</w:t>
      </w:r>
      <w:proofErr w:type="gramEnd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 чины через другие.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432"/>
        <w:jc w:val="center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lang w:val="ru-RU"/>
        </w:rPr>
      </w:pP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центр.</w:t>
      </w:r>
      <w:proofErr w:type="gramEnd"/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Находить длины отрезков непосредственным измерением с помощью линейки, строить отрезки</w:t>
      </w:r>
    </w:p>
    <w:p w:rsidR="001F6C50" w:rsidRPr="00771CA3" w:rsidRDefault="001F6C50" w:rsidP="00B4623A">
      <w:pPr>
        <w:spacing w:line="240" w:lineRule="auto"/>
        <w:rPr>
          <w:lang w:val="ru-RU"/>
        </w:rPr>
        <w:sectPr w:rsidR="001F6C50" w:rsidRPr="00771CA3">
          <w:pgSz w:w="11900" w:h="16840"/>
          <w:pgMar w:top="334" w:right="774" w:bottom="402" w:left="666" w:header="720" w:footer="720" w:gutter="0"/>
          <w:cols w:space="720" w:equalWidth="0">
            <w:col w:w="10460" w:space="0"/>
          </w:cols>
          <w:docGrid w:linePitch="360"/>
        </w:sectPr>
      </w:pPr>
    </w:p>
    <w:p w:rsidR="001F6C50" w:rsidRPr="00771CA3" w:rsidRDefault="001F6C50" w:rsidP="00B4623A">
      <w:pPr>
        <w:autoSpaceDE w:val="0"/>
        <w:autoSpaceDN w:val="0"/>
        <w:spacing w:after="66" w:line="240" w:lineRule="auto"/>
        <w:rPr>
          <w:lang w:val="ru-RU"/>
        </w:rPr>
      </w:pPr>
    </w:p>
    <w:p w:rsidR="001F6C50" w:rsidRPr="00771CA3" w:rsidRDefault="007B1DC5" w:rsidP="00B4623A">
      <w:pPr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заданной длины; строить окружность заданного радиуса.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1584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Распознавать параллелепипед, куб, использовать терминологию: вершина, ребро грань, измерения; находить измерения параллелепипеда, куба.</w:t>
      </w:r>
      <w:proofErr w:type="gramEnd"/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720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Решать несложные задачи на измерение геометрических величин в практических ситуациях.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1F6C50" w:rsidRPr="00771CA3" w:rsidRDefault="007B1DC5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Числа и вычисления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864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Вычислять значения числовых выражений, выполнять прикидку и оценку результата вычислений; выполнять преобразования числовых выражений на основе свойств арифметических действий.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Соотносить точку на координатной прямой с соответствующим ей числом и изображать числа точками на координатной прямой, находить модуль числа.</w:t>
      </w:r>
      <w:proofErr w:type="gramEnd"/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Соотносить точки в прямоугольной системе координат с координатами этой точки.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Округлять целые числа и десятичные дроби, находить приближения чисел.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Числовые и буквенные выражения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 w:right="432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Пользоваться признаками делимости, раскладывать натуральные числа на простые множители. Пользоваться масштабом, составлять пропорции и отношения.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right="288"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Находить неизвестный компонент равенства.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Решение текстовых задач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Решать многошаговые текстовые задачи арифметическим способом.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связанные с отношением, пропорциональностью величин, процентами; решать три основные задачи на дроби и проценты.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стоимость; производительность, время, объёма работы, используя арифметические действия, оценку, прикидку; пользоваться единицами измерения соответствующих величин.</w:t>
      </w:r>
      <w:proofErr w:type="gramEnd"/>
    </w:p>
    <w:p w:rsidR="001F6C50" w:rsidRPr="00771CA3" w:rsidRDefault="001F6C50" w:rsidP="00B4623A">
      <w:pPr>
        <w:spacing w:line="240" w:lineRule="auto"/>
        <w:rPr>
          <w:lang w:val="ru-RU"/>
        </w:rPr>
        <w:sectPr w:rsidR="001F6C50" w:rsidRPr="00771CA3">
          <w:pgSz w:w="11900" w:h="16840"/>
          <w:pgMar w:top="286" w:right="810" w:bottom="452" w:left="666" w:header="720" w:footer="720" w:gutter="0"/>
          <w:cols w:space="720" w:equalWidth="0">
            <w:col w:w="10424" w:space="0"/>
          </w:cols>
          <w:docGrid w:linePitch="360"/>
        </w:sectPr>
      </w:pPr>
    </w:p>
    <w:p w:rsidR="001F6C50" w:rsidRPr="00771CA3" w:rsidRDefault="001F6C50" w:rsidP="00B4623A">
      <w:pPr>
        <w:autoSpaceDE w:val="0"/>
        <w:autoSpaceDN w:val="0"/>
        <w:spacing w:after="78" w:line="240" w:lineRule="auto"/>
        <w:rPr>
          <w:lang w:val="ru-RU"/>
        </w:rPr>
      </w:pP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Составлять буквенные выражения по условию задачи.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Извлекать информацию, представленную в таблицах, на линейной, столбчатой или круговой диаграммах, интерпретировать представленные данные; использовать данные при решении задач. </w:t>
      </w: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Представлять информацию с помощью таблиц, линейной и столбчатой диаграмм.</w:t>
      </w:r>
    </w:p>
    <w:p w:rsidR="001F6C50" w:rsidRPr="00771CA3" w:rsidRDefault="007B1DC5">
      <w:pPr>
        <w:autoSpaceDE w:val="0"/>
        <w:autoSpaceDN w:val="0"/>
        <w:spacing w:before="262" w:after="0" w:line="230" w:lineRule="auto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Наглядная геометрия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1296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firstLine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углов; распознавать на чертежах острый, прямой, развёрнутый и тупой углы.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 xml:space="preserve">Вычислять площадь фигур, составленных из прямоугольников, использовать разбиение на прямоугольники, на равные фигуры, достраивание до прямоугольника; пользоваться основными единицами измерения площади; выражать одни единицы измерения площади через другие. </w:t>
      </w:r>
      <w:r w:rsidRPr="00771CA3">
        <w:rPr>
          <w:lang w:val="ru-RU"/>
        </w:rPr>
        <w:tab/>
      </w:r>
      <w:proofErr w:type="gramStart"/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Изображать на клетчатой бумаге прямоугольный параллелепипед.</w:t>
      </w:r>
    </w:p>
    <w:p w:rsidR="001F6C50" w:rsidRPr="00771CA3" w:rsidRDefault="007B1DC5" w:rsidP="00B4623A">
      <w:pPr>
        <w:tabs>
          <w:tab w:val="left" w:pos="180"/>
        </w:tabs>
        <w:autoSpaceDE w:val="0"/>
        <w:autoSpaceDN w:val="0"/>
        <w:spacing w:after="0" w:line="240" w:lineRule="auto"/>
        <w:ind w:right="432"/>
        <w:rPr>
          <w:lang w:val="ru-RU"/>
        </w:rPr>
      </w:pPr>
      <w:r w:rsidRPr="00771CA3">
        <w:rPr>
          <w:lang w:val="ru-RU"/>
        </w:rPr>
        <w:tab/>
      </w: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Вычислять объём прямоугольного параллелепипеда, куба, пользоваться основными единицами измерения объёма; выражать одни единицы измерения объёма через другие.</w:t>
      </w:r>
    </w:p>
    <w:p w:rsidR="001F6C50" w:rsidRPr="00771CA3" w:rsidRDefault="007B1DC5" w:rsidP="00B4623A">
      <w:pPr>
        <w:autoSpaceDE w:val="0"/>
        <w:autoSpaceDN w:val="0"/>
        <w:spacing w:after="0" w:line="240" w:lineRule="auto"/>
        <w:ind w:left="180"/>
        <w:rPr>
          <w:lang w:val="ru-RU"/>
        </w:rPr>
      </w:pPr>
      <w:r w:rsidRPr="00771CA3">
        <w:rPr>
          <w:rFonts w:ascii="Times New Roman" w:eastAsia="Times New Roman" w:hAnsi="Times New Roman"/>
          <w:color w:val="000000"/>
          <w:sz w:val="24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298" w:right="796" w:bottom="1440" w:left="666" w:header="720" w:footer="720" w:gutter="0"/>
          <w:cols w:space="720" w:equalWidth="0">
            <w:col w:w="10438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64" w:line="220" w:lineRule="exact"/>
        <w:rPr>
          <w:lang w:val="ru-RU"/>
        </w:rPr>
      </w:pPr>
    </w:p>
    <w:p w:rsidR="001F6C50" w:rsidRPr="00212E13" w:rsidRDefault="00C7429B" w:rsidP="00C7429B">
      <w:pPr>
        <w:autoSpaceDE w:val="0"/>
        <w:autoSpaceDN w:val="0"/>
        <w:spacing w:after="258" w:line="233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13"/>
          <w:lang w:val="ru-RU"/>
        </w:rPr>
        <w:t xml:space="preserve">                                           </w:t>
      </w:r>
      <w:r w:rsidRPr="00C7429B">
        <w:rPr>
          <w:rFonts w:ascii="Times New Roman" w:eastAsia="Times New Roman" w:hAnsi="Times New Roman"/>
          <w:b/>
          <w:color w:val="000000"/>
          <w:w w:val="101"/>
          <w:sz w:val="19"/>
        </w:rPr>
        <w:t>IV</w:t>
      </w:r>
      <w:r w:rsidRPr="00C7429B"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  <w:t>.</w:t>
      </w:r>
      <w:r w:rsidRPr="00C7429B">
        <w:rPr>
          <w:rFonts w:ascii="Times New Roman" w:eastAsia="Times New Roman" w:hAnsi="Times New Roman"/>
          <w:b/>
          <w:color w:val="000000"/>
          <w:w w:val="101"/>
          <w:sz w:val="19"/>
        </w:rPr>
        <w:t>ТЕМАТИЧЕСКОЕ ПЛАНИРОВАНИЕ</w:t>
      </w:r>
      <w:r w:rsidR="007B1DC5">
        <w:br/>
      </w:r>
      <w:r w:rsidR="007B1DC5" w:rsidRPr="00212E13">
        <w:rPr>
          <w:rFonts w:ascii="Times New Roman" w:eastAsia="Times New Roman" w:hAnsi="Times New Roman" w:cs="Times New Roman"/>
          <w:b/>
          <w:color w:val="000000"/>
          <w:w w:val="102"/>
          <w:sz w:val="24"/>
          <w:szCs w:val="24"/>
        </w:rPr>
        <w:t>5 КЛАСС</w:t>
      </w:r>
    </w:p>
    <w:tbl>
      <w:tblPr>
        <w:tblW w:w="0" w:type="auto"/>
        <w:tblInd w:w="-280" w:type="dxa"/>
        <w:tblLayout w:type="fixed"/>
        <w:tblLook w:val="04A0" w:firstRow="1" w:lastRow="0" w:firstColumn="1" w:lastColumn="0" w:noHBand="0" w:noVBand="1"/>
      </w:tblPr>
      <w:tblGrid>
        <w:gridCol w:w="601"/>
        <w:gridCol w:w="4078"/>
        <w:gridCol w:w="708"/>
        <w:gridCol w:w="1134"/>
        <w:gridCol w:w="1276"/>
        <w:gridCol w:w="8116"/>
      </w:tblGrid>
      <w:tr w:rsidR="001F6C50" w:rsidRPr="00FA2752" w:rsidTr="00E37C72">
        <w:trPr>
          <w:trHeight w:hRule="exact" w:val="476"/>
        </w:trPr>
        <w:tc>
          <w:tcPr>
            <w:tcW w:w="6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№</w:t>
            </w:r>
            <w:r w:rsidRPr="00FA275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п/п</w:t>
            </w:r>
          </w:p>
        </w:tc>
        <w:tc>
          <w:tcPr>
            <w:tcW w:w="40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7" w:lineRule="auto"/>
              <w:ind w:left="50" w:right="270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>Наименование разделов и тем программы</w:t>
            </w:r>
          </w:p>
        </w:tc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Количество часов</w:t>
            </w:r>
          </w:p>
        </w:tc>
        <w:tc>
          <w:tcPr>
            <w:tcW w:w="81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Электронные (цифровые) образовательные ресурсы</w:t>
            </w:r>
          </w:p>
        </w:tc>
      </w:tr>
      <w:tr w:rsidR="001F6C50" w:rsidRPr="00FA2752" w:rsidTr="00E37C72">
        <w:trPr>
          <w:trHeight w:hRule="exact" w:val="1231"/>
        </w:trPr>
        <w:tc>
          <w:tcPr>
            <w:tcW w:w="60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практические работы</w:t>
            </w:r>
          </w:p>
        </w:tc>
        <w:tc>
          <w:tcPr>
            <w:tcW w:w="811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212E13">
        <w:trPr>
          <w:trHeight w:hRule="exact" w:val="429"/>
        </w:trPr>
        <w:tc>
          <w:tcPr>
            <w:tcW w:w="1591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 xml:space="preserve">Раздел 1. 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>Натуральные числа. Действия с натуральными числами</w:t>
            </w:r>
          </w:p>
        </w:tc>
      </w:tr>
      <w:tr w:rsidR="001F6C50" w:rsidRPr="00827CFF" w:rsidTr="00E37C72">
        <w:trPr>
          <w:trHeight w:hRule="exact" w:val="845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Десятичная система счисления.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«Ряд натуральных чисел. Десятичная система записи натуральных чисел»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/7719/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/316201/</w:t>
            </w:r>
          </w:p>
        </w:tc>
      </w:tr>
      <w:tr w:rsidR="001F6C50" w:rsidRPr="00827CFF" w:rsidTr="00E37C72">
        <w:trPr>
          <w:trHeight w:hRule="exact" w:val="705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0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1.2.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0" w:after="0" w:line="245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Ряд натуральных чисел.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0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0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«Ряд натуральных чисел. Десятичная система записи натуральных чисел»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/7719/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/316201/</w:t>
            </w:r>
          </w:p>
        </w:tc>
      </w:tr>
      <w:tr w:rsidR="001F6C50" w:rsidRPr="00FA2752" w:rsidTr="00046C29">
        <w:trPr>
          <w:trHeight w:hRule="exact" w:val="45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Натуральный ряд.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C29" w:rsidRPr="00FA2752" w:rsidRDefault="00046C29" w:rsidP="00046C2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https://resh.edu.ru/subject/lesson/19/</w:t>
            </w:r>
          </w:p>
          <w:p w:rsidR="001F6C50" w:rsidRPr="00FA2752" w:rsidRDefault="001F6C50" w:rsidP="00046C29">
            <w:pPr>
              <w:autoSpaceDE w:val="0"/>
              <w:autoSpaceDN w:val="0"/>
              <w:spacing w:before="52" w:after="0" w:line="245" w:lineRule="auto"/>
              <w:ind w:right="69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B4623A">
        <w:trPr>
          <w:trHeight w:hRule="exact" w:val="53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Число 0.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https://uchi.ru/</w:t>
            </w:r>
          </w:p>
        </w:tc>
      </w:tr>
      <w:tr w:rsidR="001F6C50" w:rsidRPr="00827CFF" w:rsidTr="00FA2752">
        <w:trPr>
          <w:trHeight w:hRule="exact" w:val="141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7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Натуральные числа на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координатной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прямой.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C29" w:rsidRPr="00FA2752" w:rsidRDefault="00046C29" w:rsidP="00046C2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Урок "Натуральный ряд чисел и его свойства. Изображение натуральных чисел точками на числовой прямой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"(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РЭШ)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/19/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«Представление натуральных чисел на координатном луче»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/7738/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/312492</w:t>
            </w:r>
          </w:p>
          <w:p w:rsidR="001F6C50" w:rsidRPr="00FA2752" w:rsidRDefault="001F6C50" w:rsidP="00046C29">
            <w:pPr>
              <w:autoSpaceDE w:val="0"/>
              <w:autoSpaceDN w:val="0"/>
              <w:spacing w:before="54" w:after="0" w:line="247" w:lineRule="auto"/>
              <w:ind w:right="662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:rsidR="00046C29" w:rsidRPr="00FA2752" w:rsidRDefault="00046C29" w:rsidP="00046C29">
            <w:pPr>
              <w:autoSpaceDE w:val="0"/>
              <w:autoSpaceDN w:val="0"/>
              <w:spacing w:before="54" w:after="0" w:line="247" w:lineRule="auto"/>
              <w:ind w:right="662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775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7" w:lineRule="auto"/>
              <w:ind w:left="50" w:right="8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Ср</w:t>
            </w:r>
            <w:r w:rsidR="00CA4D1A"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авнение</w:t>
            </w:r>
            <w:proofErr w:type="gramStart"/>
            <w:r w:rsidR="00CA4D1A"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,</w:t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округление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 натуральныхчисел.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46C29" w:rsidRPr="00FA2752" w:rsidRDefault="00046C29" w:rsidP="00046C29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«Сравнение натуральных чисел»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/316232/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«Округление натуральных чисел"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/23/</w:t>
            </w:r>
          </w:p>
          <w:p w:rsidR="001F6C50" w:rsidRPr="00FA2752" w:rsidRDefault="001F6C50" w:rsidP="00046C29">
            <w:pPr>
              <w:autoSpaceDE w:val="0"/>
              <w:autoSpaceDN w:val="0"/>
              <w:spacing w:before="52" w:after="0" w:line="245" w:lineRule="auto"/>
              <w:ind w:right="792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174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1.7.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Арифметические действия с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натуральными числами.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«Сложение натуральных чисел.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Законы сложения»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/7723/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/272294/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«Вычитание»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/235285/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«Сложение и вычитание чисел столбиком»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/316263/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«Обобщение и систематизация знаний по теме «Сложение и вычитание натуральных чисел» (РЭШ)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/7725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/233983/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«Умножение чисел столбиком»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/233859/</w:t>
            </w:r>
          </w:p>
          <w:p w:rsidR="001F6C50" w:rsidRPr="00FA2752" w:rsidRDefault="001F6C50" w:rsidP="00046C29">
            <w:pPr>
              <w:autoSpaceDE w:val="0"/>
              <w:autoSpaceDN w:val="0"/>
              <w:spacing w:before="52" w:after="0" w:line="252" w:lineRule="auto"/>
              <w:ind w:right="705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71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1.8.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Свойства нуля при сложении и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умножении, свойства единицы при умножении.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"Приёмы умножения единицы и нуля"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</w:p>
          <w:p w:rsidR="001F6C50" w:rsidRPr="00FA2752" w:rsidRDefault="001F6C50" w:rsidP="00046C29">
            <w:pPr>
              <w:autoSpaceDE w:val="0"/>
              <w:autoSpaceDN w:val="0"/>
              <w:spacing w:before="52" w:after="0" w:line="245" w:lineRule="auto"/>
              <w:ind w:left="48" w:right="1022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145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1.9.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умножения.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Урок «Сложение натуральных чисел. Законы сложения»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/7723/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/272294/РЭШ)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«Умножение. Законы умножения»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/7722/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/287667/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«Распределительный закон» (РЭШ)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/7724/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/311531/</w:t>
            </w:r>
          </w:p>
          <w:p w:rsidR="001F6C50" w:rsidRPr="00FA2752" w:rsidRDefault="001F6C50" w:rsidP="00046C29">
            <w:pPr>
              <w:autoSpaceDE w:val="0"/>
              <w:autoSpaceDN w:val="0"/>
              <w:spacing w:before="52" w:after="0" w:line="250" w:lineRule="auto"/>
              <w:ind w:left="48" w:right="705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92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1.10.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Делители и кратные числа, разложение числа на множители.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«Делители натурального числа»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/7748/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/233487/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«Наибольший общий делитель (НОД)»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/7747/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/233735/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«Наименьшее общее кратное (НОК)»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/7746/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/234262/</w:t>
            </w:r>
          </w:p>
          <w:p w:rsidR="001F6C50" w:rsidRPr="00FA2752" w:rsidRDefault="001F6C50" w:rsidP="00046C29">
            <w:pPr>
              <w:autoSpaceDE w:val="0"/>
              <w:autoSpaceDN w:val="0"/>
              <w:spacing w:before="52" w:after="0" w:line="250" w:lineRule="auto"/>
              <w:ind w:right="763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146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CA4D1A">
            <w:pPr>
              <w:autoSpaceDE w:val="0"/>
              <w:autoSpaceDN w:val="0"/>
              <w:spacing w:before="52"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Деление с остатком.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«Деление с остатком»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/7709/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/325151/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«Деление нацело»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/7712/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/235037/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«Свойства делимости»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/7751/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/234293/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«Обобщение и систематизация знаний по теме «Делимость натуральных чисел»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/7745/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/313657/</w:t>
            </w:r>
            <w:proofErr w:type="gramEnd"/>
          </w:p>
          <w:p w:rsidR="001F6C50" w:rsidRPr="00FA2752" w:rsidRDefault="001F6C50" w:rsidP="00046C29">
            <w:pPr>
              <w:autoSpaceDE w:val="0"/>
              <w:autoSpaceDN w:val="0"/>
              <w:spacing w:before="52" w:after="0" w:line="250" w:lineRule="auto"/>
              <w:ind w:left="48" w:right="576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046C29">
        <w:trPr>
          <w:trHeight w:hRule="exact" w:val="70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Простые и составные числа.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«Простые и составные числа»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/7749/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/313626/</w:t>
            </w:r>
          </w:p>
        </w:tc>
      </w:tr>
      <w:tr w:rsidR="001F6C50" w:rsidRPr="00827CFF" w:rsidTr="00B4623A">
        <w:trPr>
          <w:trHeight w:hRule="exact" w:val="899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Признаки делимости на 2, 5, 10, 3, 9.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«Признаки делимости»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/7750/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/325275/</w:t>
            </w:r>
          </w:p>
        </w:tc>
      </w:tr>
      <w:tr w:rsidR="001F6C50" w:rsidRPr="00827CFF" w:rsidTr="00FA2752">
        <w:trPr>
          <w:trHeight w:hRule="exact" w:val="55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Степень с натуральным показателем.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«Степень с натуральным показателем»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/7713/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/272325/</w:t>
            </w:r>
          </w:p>
        </w:tc>
      </w:tr>
      <w:tr w:rsidR="001F6C50" w:rsidRPr="00827CFF" w:rsidTr="00B4623A">
        <w:trPr>
          <w:trHeight w:hRule="exact" w:val="839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Числовые выражения; порядок действий.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«Числовые выражения»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/7708/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/325182/</w:t>
            </w:r>
          </w:p>
        </w:tc>
      </w:tr>
    </w:tbl>
    <w:p w:rsidR="001F6C50" w:rsidRPr="00FA2752" w:rsidRDefault="001F6C50">
      <w:pPr>
        <w:rPr>
          <w:rFonts w:ascii="Times New Roman" w:hAnsi="Times New Roman" w:cs="Times New Roman"/>
          <w:sz w:val="18"/>
          <w:szCs w:val="18"/>
          <w:lang w:val="ru-RU"/>
        </w:rPr>
        <w:sectPr w:rsidR="001F6C50" w:rsidRPr="00FA2752" w:rsidSect="006A3D76">
          <w:pgSz w:w="16840" w:h="11900" w:orient="landscape"/>
          <w:pgMar w:top="530" w:right="636" w:bottom="284" w:left="544" w:header="720" w:footer="720" w:gutter="0"/>
          <w:cols w:space="720" w:equalWidth="0">
            <w:col w:w="15828" w:space="0"/>
          </w:cols>
          <w:docGrid w:linePitch="360"/>
        </w:sectPr>
      </w:pPr>
    </w:p>
    <w:p w:rsidR="001F6C50" w:rsidRPr="00FA2752" w:rsidRDefault="001F6C50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W w:w="0" w:type="auto"/>
        <w:tblInd w:w="-280" w:type="dxa"/>
        <w:tblLayout w:type="fixed"/>
        <w:tblLook w:val="04A0" w:firstRow="1" w:lastRow="0" w:firstColumn="1" w:lastColumn="0" w:noHBand="0" w:noVBand="1"/>
      </w:tblPr>
      <w:tblGrid>
        <w:gridCol w:w="601"/>
        <w:gridCol w:w="4078"/>
        <w:gridCol w:w="708"/>
        <w:gridCol w:w="1134"/>
        <w:gridCol w:w="1276"/>
        <w:gridCol w:w="7"/>
        <w:gridCol w:w="8116"/>
        <w:gridCol w:w="20"/>
      </w:tblGrid>
      <w:tr w:rsidR="001F6C50" w:rsidRPr="00827CFF" w:rsidTr="00FA2752">
        <w:trPr>
          <w:gridAfter w:val="1"/>
          <w:wAfter w:w="20" w:type="dxa"/>
          <w:trHeight w:hRule="exact" w:val="274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Решение текстовых задач на все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арифметические действия, на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движение и покупки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«Решение текстовых задач с помощью сложения и вычитания»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/233828/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«Решение текстовых задач с помощью умножения и деления»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/311996/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«Задачи на части»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/7710/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/325213/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«Задачи на нахождение двух чисел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по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их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сумме и разности»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/7707/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/233766/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«Задачи на движение»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/7743/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/234696/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«Обобщение и систематизация знаний по теме «Натуральные числа и ноль»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/7706/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/266150/.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/4300/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main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/270384/ (РЭШ)</w:t>
            </w:r>
            <w:proofErr w:type="gramEnd"/>
          </w:p>
          <w:p w:rsidR="001F6C50" w:rsidRPr="00FA2752" w:rsidRDefault="001F6C50">
            <w:pPr>
              <w:autoSpaceDE w:val="0"/>
              <w:autoSpaceDN w:val="0"/>
              <w:spacing w:before="52" w:after="0" w:line="252" w:lineRule="auto"/>
              <w:ind w:left="48" w:right="388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FA2752" w:rsidTr="00E37C72">
        <w:trPr>
          <w:gridAfter w:val="1"/>
          <w:wAfter w:w="20" w:type="dxa"/>
          <w:trHeight w:hRule="exact" w:val="465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E37C72">
        <w:trPr>
          <w:gridAfter w:val="1"/>
          <w:wAfter w:w="20" w:type="dxa"/>
          <w:trHeight w:hRule="exact" w:val="415"/>
        </w:trPr>
        <w:tc>
          <w:tcPr>
            <w:tcW w:w="159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 xml:space="preserve">Раздел 2.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>Наглядная геометрия. Линии на плоскости</w:t>
            </w:r>
          </w:p>
        </w:tc>
      </w:tr>
      <w:tr w:rsidR="001F6C50" w:rsidRPr="00827CFF" w:rsidTr="00E37C72">
        <w:trPr>
          <w:gridAfter w:val="1"/>
          <w:wAfter w:w="20" w:type="dxa"/>
          <w:trHeight w:hRule="exact" w:val="81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Точка, прямая, отрезок, луч.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Урок «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Прямая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, луч, отрезок»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/7741/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/312461/</w:t>
            </w:r>
          </w:p>
        </w:tc>
      </w:tr>
      <w:tr w:rsidR="001F6C50" w:rsidRPr="00827CFF" w:rsidTr="00FA2752">
        <w:trPr>
          <w:gridAfter w:val="1"/>
          <w:wAfter w:w="20" w:type="dxa"/>
          <w:trHeight w:hRule="exact" w:val="94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Ломаная.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Начальные геометрические понятия. Ломаная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Теория: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www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yaklass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p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matematika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/5-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klass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naturalnye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chisla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-13442/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nachalnye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geometricheskie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poniatiia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priamaia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otrezok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luch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lomanaia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priamo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_-13390/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d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1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d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09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fee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-9212</w:t>
            </w:r>
          </w:p>
          <w:p w:rsidR="001F6C50" w:rsidRPr="00FA2752" w:rsidRDefault="001F6C50">
            <w:pPr>
              <w:autoSpaceDE w:val="0"/>
              <w:autoSpaceDN w:val="0"/>
              <w:spacing w:before="52" w:after="0" w:line="245" w:lineRule="auto"/>
              <w:ind w:left="48" w:right="446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gridAfter w:val="1"/>
          <w:wAfter w:w="20" w:type="dxa"/>
          <w:trHeight w:hRule="exact" w:val="132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Измерение длины отрезка, метрические единицы измерения длины.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213CE4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«Измерение отрезков»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/7740/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/234851/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«Метрические единицы длины»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/7739/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/233456/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«Обобщение и систематизация знаний по теме «Наглядные представления о геометрических фигурах»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/7737/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/233673/</w:t>
            </w:r>
          </w:p>
          <w:p w:rsidR="001F6C50" w:rsidRPr="00FA2752" w:rsidRDefault="001F6C50">
            <w:pPr>
              <w:autoSpaceDE w:val="0"/>
              <w:autoSpaceDN w:val="0"/>
              <w:spacing w:before="52" w:after="0" w:line="250" w:lineRule="auto"/>
              <w:ind w:left="48" w:right="475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E37C72">
        <w:trPr>
          <w:gridAfter w:val="1"/>
          <w:wAfter w:w="20" w:type="dxa"/>
          <w:trHeight w:hRule="exact" w:val="77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CA4D1A">
            <w:pPr>
              <w:autoSpaceDE w:val="0"/>
              <w:autoSpaceDN w:val="0"/>
              <w:spacing w:before="52"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Окружность и круг.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«Окружность и круг. Сфера и шар»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/7736/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/312523/</w:t>
            </w:r>
          </w:p>
        </w:tc>
      </w:tr>
      <w:tr w:rsidR="001F6C50" w:rsidRPr="00FA2752" w:rsidTr="00E37C72">
        <w:trPr>
          <w:gridAfter w:val="1"/>
          <w:wAfter w:w="20" w:type="dxa"/>
          <w:trHeight w:hRule="exact" w:val="628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2.5.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Практическая работа «Построение узора из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окружностей».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E37C72">
        <w:trPr>
          <w:gridAfter w:val="1"/>
          <w:wAfter w:w="20" w:type="dxa"/>
          <w:trHeight w:hRule="exact" w:val="85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Угол. 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«Углы. Измерение углов»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/7735/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/234882/</w:t>
            </w:r>
          </w:p>
        </w:tc>
      </w:tr>
      <w:tr w:rsidR="001F6C50" w:rsidRPr="00827CFF" w:rsidTr="00E37C72">
        <w:trPr>
          <w:gridAfter w:val="1"/>
          <w:wAfter w:w="20" w:type="dxa"/>
          <w:trHeight w:hRule="exact" w:val="71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2.7.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Прямой, острый, тупой и развёрнутый углы.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«Углы. Измерение углов»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/7735/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/234882/</w:t>
            </w:r>
          </w:p>
        </w:tc>
      </w:tr>
      <w:tr w:rsidR="001F6C50" w:rsidRPr="00827CFF" w:rsidTr="00FA2752">
        <w:trPr>
          <w:gridAfter w:val="1"/>
          <w:wAfter w:w="20" w:type="dxa"/>
          <w:trHeight w:hRule="exact" w:val="692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2.8.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Измерение углов.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«Углы. Измерение углов»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/7735/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/234882/</w:t>
            </w:r>
          </w:p>
        </w:tc>
      </w:tr>
      <w:tr w:rsidR="001F6C50" w:rsidRPr="00FA2752" w:rsidTr="00E37C72">
        <w:trPr>
          <w:gridAfter w:val="1"/>
          <w:wAfter w:w="20" w:type="dxa"/>
          <w:trHeight w:hRule="exact" w:val="935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2.9.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52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Практическая работа «Построение углов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»П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рактическая работа «Построение углов»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E37C72">
        <w:trPr>
          <w:gridAfter w:val="1"/>
          <w:wAfter w:w="20" w:type="dxa"/>
          <w:trHeight w:hRule="exact" w:val="508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E37C72">
        <w:trPr>
          <w:gridAfter w:val="1"/>
          <w:wAfter w:w="20" w:type="dxa"/>
          <w:trHeight w:hRule="exact" w:val="430"/>
        </w:trPr>
        <w:tc>
          <w:tcPr>
            <w:tcW w:w="15920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 xml:space="preserve">Раздел 3.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>Обыкновенные дроби</w:t>
            </w:r>
          </w:p>
        </w:tc>
      </w:tr>
      <w:tr w:rsidR="001F6C50" w:rsidRPr="00827CFF" w:rsidTr="00FA2752">
        <w:trPr>
          <w:trHeight w:hRule="exact" w:val="132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Дробь.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5B0B1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«Понятие дроби»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/7782/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/313719/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«Равенство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/7781/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/269488/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«Координатный луч»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/7756/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/313812/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«Представление дробей на координатном луче»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/7755/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/325399</w:t>
            </w:r>
            <w:proofErr w:type="gramEnd"/>
          </w:p>
          <w:p w:rsidR="001F6C50" w:rsidRPr="00FA2752" w:rsidRDefault="001F6C50" w:rsidP="00213CE4">
            <w:pPr>
              <w:autoSpaceDE w:val="0"/>
              <w:autoSpaceDN w:val="0"/>
              <w:spacing w:before="54" w:after="0" w:line="250" w:lineRule="auto"/>
              <w:ind w:left="48" w:right="720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5B0B12">
        <w:trPr>
          <w:trHeight w:hRule="exact" w:val="114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336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Правильные и неправильные дроби.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5B0B1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теория 1. Правильные и неправильные дроби"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www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yaklass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p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matematika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/5-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klass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obyknovennye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drobi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-13744/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pravilnye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i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nepravilnye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drobi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smeshannye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chisla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poniatie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zapis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i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chtenie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-13674/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-0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43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f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2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f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1-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d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068-4762-869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c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-</w:t>
            </w:r>
          </w:p>
          <w:p w:rsidR="001F6C50" w:rsidRPr="00FA2752" w:rsidRDefault="001F6C50">
            <w:pPr>
              <w:autoSpaceDE w:val="0"/>
              <w:autoSpaceDN w:val="0"/>
              <w:spacing w:before="52" w:after="0" w:line="245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5B0B12">
        <w:trPr>
          <w:trHeight w:hRule="exact" w:val="975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Основное</w:t>
            </w:r>
            <w:r w:rsidR="00E37C72"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 </w:t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свойство дроби.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213CE4" w:rsidP="005B0B1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Основное свойство дроби. Размельчение долей и сокращение обыкновенной дроби"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/705/(РЭШ)</w:t>
            </w:r>
          </w:p>
          <w:p w:rsidR="001F6C50" w:rsidRPr="00FA2752" w:rsidRDefault="001F6C50" w:rsidP="00213CE4">
            <w:pPr>
              <w:autoSpaceDE w:val="0"/>
              <w:autoSpaceDN w:val="0"/>
              <w:spacing w:before="52" w:after="0" w:line="245" w:lineRule="auto"/>
              <w:ind w:right="820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82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212E13">
            <w:pPr>
              <w:autoSpaceDE w:val="0"/>
              <w:autoSpaceDN w:val="0"/>
              <w:spacing w:before="52"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Сравнение дробей.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13CE4" w:rsidRPr="00FA2752" w:rsidRDefault="007B1DC5" w:rsidP="00213CE4">
            <w:pPr>
              <w:autoSpaceDE w:val="0"/>
              <w:autoSpaceDN w:val="0"/>
              <w:spacing w:after="0" w:line="245" w:lineRule="auto"/>
              <w:ind w:left="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 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«Сравнение дробей» (РЭШ) 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/7776/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/233239/ </w:t>
            </w:r>
            <w:r w:rsidR="00213CE4"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213CE4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«Сравнение дробей. Сравнение с единицей. </w:t>
            </w:r>
          </w:p>
          <w:p w:rsidR="00213CE4" w:rsidRPr="00FA2752" w:rsidRDefault="00213CE4" w:rsidP="00213C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Сравнение остатков до единицы»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/7775/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/313266/</w:t>
            </w:r>
          </w:p>
          <w:p w:rsidR="001F6C50" w:rsidRPr="00FA2752" w:rsidRDefault="001F6C50" w:rsidP="00213CE4">
            <w:pPr>
              <w:autoSpaceDE w:val="0"/>
              <w:autoSpaceDN w:val="0"/>
              <w:spacing w:before="52" w:after="0" w:line="245" w:lineRule="auto"/>
              <w:ind w:right="849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302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28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Сложение и вычитание обыкновенных дробей.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3" w:type="dxa"/>
            <w:gridSpan w:val="3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5B0B12">
            <w:pPr>
              <w:autoSpaceDE w:val="0"/>
              <w:autoSpaceDN w:val="0"/>
              <w:spacing w:before="52" w:after="0" w:line="240" w:lineRule="auto"/>
              <w:ind w:left="48" w:right="230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«Сложение дробей с одинаковым знаменателем»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/7774/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/313297/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«Сложение дробей с разными знаменателями»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/7773/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/272387/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«Законы сложения»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/7772/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/234510/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«Законы сложения.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Решение задач с использованием законов сложения»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/7787/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/287982/ Урок «Вычитание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/7771/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/313328/ Урок «Решение задач с использованием вычитания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/7770/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/288044/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«Обобщение и систематизация знаний по теме «Сложение и вычитание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/7783/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/313359</w:t>
            </w:r>
          </w:p>
        </w:tc>
      </w:tr>
      <w:tr w:rsidR="001F6C50" w:rsidRPr="00827CFF" w:rsidTr="00FA2752">
        <w:trPr>
          <w:trHeight w:hRule="exact" w:val="1465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3.6.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212E13">
            <w:pPr>
              <w:autoSpaceDE w:val="0"/>
              <w:autoSpaceDN w:val="0"/>
              <w:spacing w:before="52" w:after="0" w:line="233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Смешанная дробь.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43" w:type="dxa"/>
            <w:gridSpan w:val="3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5B0B12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«Понятие смешанной дроби»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/7761/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/288262/ </w:t>
            </w:r>
            <w:r w:rsidRPr="00FA2752">
              <w:rPr>
                <w:rFonts w:ascii="Times New Roman" w:eastAsia="MS Mincho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«Сложение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/7760/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/233332/ </w:t>
            </w:r>
            <w:r w:rsidRPr="00FA2752">
              <w:rPr>
                <w:rFonts w:ascii="Times New Roman" w:eastAsia="MS Mincho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«Вычитание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/7759/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/307992/ </w:t>
            </w:r>
            <w:r w:rsidRPr="00FA2752">
              <w:rPr>
                <w:rFonts w:ascii="Times New Roman" w:eastAsia="MS Mincho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«Решение задач с применением свойств вычитания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/7784/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/233301/</w:t>
            </w:r>
          </w:p>
          <w:p w:rsidR="001F6C50" w:rsidRPr="00FA2752" w:rsidRDefault="001F6C50" w:rsidP="00213CE4">
            <w:pPr>
              <w:autoSpaceDE w:val="0"/>
              <w:autoSpaceDN w:val="0"/>
              <w:spacing w:before="52" w:after="0" w:line="250" w:lineRule="auto"/>
              <w:ind w:left="48" w:right="619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</w:tbl>
    <w:p w:rsidR="001F6C50" w:rsidRPr="00FA2752" w:rsidRDefault="001F6C50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p w:rsidR="001F6C50" w:rsidRPr="00FA2752" w:rsidRDefault="001F6C50">
      <w:pPr>
        <w:rPr>
          <w:rFonts w:ascii="Times New Roman" w:hAnsi="Times New Roman" w:cs="Times New Roman"/>
          <w:sz w:val="18"/>
          <w:szCs w:val="18"/>
          <w:lang w:val="ru-RU"/>
        </w:rPr>
        <w:sectPr w:rsidR="001F6C50" w:rsidRPr="00FA2752" w:rsidSect="006A3D76">
          <w:pgSz w:w="16840" w:h="11900" w:orient="landscape"/>
          <w:pgMar w:top="742" w:right="636" w:bottom="284" w:left="544" w:header="720" w:footer="720" w:gutter="0"/>
          <w:cols w:space="720" w:equalWidth="0">
            <w:col w:w="15462" w:space="0"/>
          </w:cols>
          <w:docGrid w:linePitch="360"/>
        </w:sectPr>
      </w:pPr>
    </w:p>
    <w:p w:rsidR="001F6C50" w:rsidRPr="00FA2752" w:rsidRDefault="001F6C50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8"/>
          <w:szCs w:val="18"/>
          <w:lang w:val="ru-RU"/>
        </w:rPr>
      </w:pPr>
    </w:p>
    <w:tbl>
      <w:tblPr>
        <w:tblW w:w="0" w:type="auto"/>
        <w:tblInd w:w="-280" w:type="dxa"/>
        <w:tblLayout w:type="fixed"/>
        <w:tblLook w:val="04A0" w:firstRow="1" w:lastRow="0" w:firstColumn="1" w:lastColumn="0" w:noHBand="0" w:noVBand="1"/>
      </w:tblPr>
      <w:tblGrid>
        <w:gridCol w:w="601"/>
        <w:gridCol w:w="4078"/>
        <w:gridCol w:w="708"/>
        <w:gridCol w:w="1134"/>
        <w:gridCol w:w="1276"/>
        <w:gridCol w:w="8116"/>
      </w:tblGrid>
      <w:tr w:rsidR="001F6C50" w:rsidRPr="00827CFF" w:rsidTr="00FA2752">
        <w:trPr>
          <w:trHeight w:hRule="exact" w:val="288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3.7.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Умножение и деление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обыкновенных дробей; взаимно-обратные дроби.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«Умножение натурального числа на дробь»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/7769/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/290790/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«Решение задач на применение умножения дроби на натуральное число и умножение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/7768/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/234138/ Урок «Законы умножения.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Распределительный закон»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/7767/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/234541/ Урок «Деление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/7766/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/234944/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«Умножение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/7785/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/288293/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«Деление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/7786/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/274266/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Урок «Решение задач с применением правил умножения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 и деления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/7758/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conspect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/233269/ Урок «Обобщение и систематизация знаний по теме «Смешанные дроби» (РЭШ)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/7757/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/233425/ </w:t>
            </w:r>
          </w:p>
        </w:tc>
      </w:tr>
      <w:tr w:rsidR="001F6C50" w:rsidRPr="00827CFF" w:rsidTr="00FA2752">
        <w:trPr>
          <w:trHeight w:hRule="exact" w:val="222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3.8.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92"/>
              <w:jc w:val="both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Решение текстовых задач,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со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 держащих дроби.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48" w:right="72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«Решение задач на применение умножения дроби на натуральное число и умножение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/7768/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/234138/ Урок «Решение задач с применением правил умножения и деления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/7758/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conspect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/233269/ Урок «Решение задач с использованием деления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/7765/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/307961/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«Решение задач с применением свойств вычитания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/7784/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/233301/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«Решение задач с применением правил умножения и деления смешанных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/7758/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conspect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/233269/</w:t>
            </w:r>
          </w:p>
        </w:tc>
      </w:tr>
      <w:tr w:rsidR="001F6C50" w:rsidRPr="00827CFF" w:rsidTr="00FA2752">
        <w:trPr>
          <w:trHeight w:hRule="exact" w:val="104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3.9.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5B0B12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Урок «Нахождение части целого и целого по его части»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/7764/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/313390/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«Задачи на дроби (нахождение части от целого)»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/7780/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/287889</w:t>
            </w:r>
          </w:p>
          <w:p w:rsidR="001F6C50" w:rsidRPr="00FA2752" w:rsidRDefault="001F6C50" w:rsidP="005B0B12">
            <w:pPr>
              <w:autoSpaceDE w:val="0"/>
              <w:autoSpaceDN w:val="0"/>
              <w:spacing w:before="54" w:after="0" w:line="245" w:lineRule="auto"/>
              <w:ind w:left="48" w:right="705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FA2752" w:rsidTr="00046C29">
        <w:trPr>
          <w:trHeight w:hRule="exact" w:val="99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3.10.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Применение букв для записи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математических выражений и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предложений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https://uchi.ru/</w:t>
            </w:r>
          </w:p>
        </w:tc>
      </w:tr>
      <w:tr w:rsidR="001F6C50" w:rsidRPr="00FA2752" w:rsidTr="00046C29">
        <w:trPr>
          <w:trHeight w:hRule="exact" w:val="385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CA4D1A">
        <w:trPr>
          <w:trHeight w:hRule="exact" w:val="575"/>
        </w:trPr>
        <w:tc>
          <w:tcPr>
            <w:tcW w:w="15913" w:type="dxa"/>
            <w:gridSpan w:val="6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 xml:space="preserve">Раздел 4.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>Наглядная геометрия. Многоугольники</w:t>
            </w:r>
          </w:p>
        </w:tc>
      </w:tr>
      <w:tr w:rsidR="001F6C50" w:rsidRPr="00827CFF" w:rsidTr="00FA2752">
        <w:trPr>
          <w:trHeight w:hRule="exact" w:val="93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Многоугольники.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FA2752" w:rsidRPr="00FA2752" w:rsidRDefault="00FA2752" w:rsidP="00FA2752">
            <w:pPr>
              <w:rPr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«Многоугольники»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/7727/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/325306/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«Геометрические фигуры. Геометрические тела»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/7720/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/311052/</w:t>
            </w:r>
          </w:p>
          <w:p w:rsidR="001F6C50" w:rsidRPr="00FA2752" w:rsidRDefault="001F6C50">
            <w:pPr>
              <w:autoSpaceDE w:val="0"/>
              <w:autoSpaceDN w:val="0"/>
              <w:spacing w:before="52" w:after="0" w:line="245" w:lineRule="auto"/>
              <w:ind w:left="48" w:right="720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046C29">
        <w:trPr>
          <w:trHeight w:hRule="exact" w:val="66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Четырёхугольник, прямоугольник, квадрат.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«Четырёхугольники»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/7733/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/233518/</w:t>
            </w:r>
          </w:p>
        </w:tc>
      </w:tr>
      <w:tr w:rsidR="001F6C50" w:rsidRPr="00FA2752" w:rsidTr="00FA2752">
        <w:trPr>
          <w:trHeight w:hRule="exact" w:val="74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Практическая работа «Построение прямоугольника с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заданными сторонами на нелинованной бумаге».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5B0B12">
        <w:trPr>
          <w:trHeight w:hRule="exact" w:val="61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Треугольник.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«Треугольники»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/7734/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/234913/</w:t>
            </w:r>
          </w:p>
        </w:tc>
      </w:tr>
      <w:tr w:rsidR="001F6C50" w:rsidRPr="00827CFF" w:rsidTr="00FA2752">
        <w:trPr>
          <w:trHeight w:hRule="exact" w:val="1072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4.5.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4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Площадь и периметр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прямоугольника и многоугольников, составленных из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прямоугольников, единицы измерения площади.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5B0B12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«Площадь прямоугольника. Единицы площади»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/7732/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/325583/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«Площадь прямоугольника»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/7753/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/234820/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</w:p>
          <w:p w:rsidR="001F6C50" w:rsidRPr="00FA2752" w:rsidRDefault="001F6C50">
            <w:pPr>
              <w:autoSpaceDE w:val="0"/>
              <w:autoSpaceDN w:val="0"/>
              <w:spacing w:before="52" w:after="0" w:line="250" w:lineRule="auto"/>
              <w:ind w:left="48" w:right="619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FA2752" w:rsidTr="00046C29">
        <w:trPr>
          <w:trHeight w:hRule="exact" w:val="71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E37C72">
            <w:pPr>
              <w:autoSpaceDE w:val="0"/>
              <w:autoSpaceDN w:val="0"/>
              <w:spacing w:before="52" w:after="0" w:line="245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Периметр много</w:t>
            </w:r>
            <w:r w:rsidR="007B1DC5"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угольника.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https://uchi.ru/</w:t>
            </w:r>
          </w:p>
        </w:tc>
      </w:tr>
      <w:tr w:rsidR="001F6C50" w:rsidRPr="00FA2752" w:rsidTr="00046C29">
        <w:trPr>
          <w:trHeight w:hRule="exact" w:val="491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CA4D1A">
        <w:trPr>
          <w:trHeight w:hRule="exact" w:val="492"/>
        </w:trPr>
        <w:tc>
          <w:tcPr>
            <w:tcW w:w="15913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 xml:space="preserve">Раздел 5.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 xml:space="preserve">Десятичные дроби </w:t>
            </w:r>
          </w:p>
        </w:tc>
      </w:tr>
      <w:tr w:rsidR="001F6C50" w:rsidRPr="00827CFF" w:rsidTr="00046C29">
        <w:trPr>
          <w:trHeight w:hRule="exact" w:val="856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5.1.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Десятичная запись дробей.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«Понятие положительной десятичной дроби»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/6903/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/235409/</w:t>
            </w:r>
          </w:p>
        </w:tc>
      </w:tr>
      <w:tr w:rsidR="001F6C50" w:rsidRPr="00827CFF" w:rsidTr="00046C29">
        <w:trPr>
          <w:trHeight w:hRule="exact" w:val="71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Сравнение десятичных дробей.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«Сравнение положительных десятичных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/6902/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/236092/</w:t>
            </w:r>
          </w:p>
        </w:tc>
      </w:tr>
      <w:tr w:rsidR="001F6C50" w:rsidRPr="00827CFF" w:rsidTr="00FA2752">
        <w:trPr>
          <w:trHeight w:hRule="exact" w:val="373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Действия с десятичными дробями.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5B0B12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«Сложение положительных десятичных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/6901/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/236060/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«Вычитание положительных десятичных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/6900/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/306025/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«Перенос запятой в положительной десятичной дроби»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/6899/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/235967/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Урок «Умножение положительных десятичных дробей.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Часть 1»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/6898/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/308521/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«Умножение положительных десятичных дробей. Часть 2»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/6897/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/236198/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«Деление положительных десятичных дробей. Часть 1»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/6896/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/236236/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«Деление положительных десятичных дробей. Часть 2»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/6895/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/237507/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«Обобщение и систематизация знаний по теме «Сложение, вычитание, умножение и деление положительных десятичных дробей»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/6904/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/235454/</w:t>
            </w:r>
          </w:p>
          <w:p w:rsidR="001F6C50" w:rsidRPr="00FA2752" w:rsidRDefault="001F6C50" w:rsidP="005B0B12">
            <w:pPr>
              <w:autoSpaceDE w:val="0"/>
              <w:autoSpaceDN w:val="0"/>
              <w:spacing w:before="52" w:after="0" w:line="254" w:lineRule="auto"/>
              <w:ind w:left="48" w:right="345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5B0B12">
        <w:trPr>
          <w:trHeight w:hRule="exact" w:val="107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Округление десятичных дробей.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7B1DC5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 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Урок "Округление десятичных дробей</w:t>
            </w:r>
            <w:proofErr w:type="gramStart"/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"(</w:t>
            </w:r>
            <w:proofErr w:type="gramEnd"/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РЭШ) </w:t>
            </w:r>
            <w:r w:rsidR="005B0B12"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/27/</w:t>
            </w:r>
          </w:p>
          <w:p w:rsidR="001F6C50" w:rsidRPr="00FA2752" w:rsidRDefault="001F6C50" w:rsidP="005B0B12">
            <w:pPr>
              <w:autoSpaceDE w:val="0"/>
              <w:autoSpaceDN w:val="0"/>
              <w:spacing w:before="54" w:after="0" w:line="245" w:lineRule="auto"/>
              <w:ind w:left="48" w:right="1008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FA2752" w:rsidTr="00046C29">
        <w:trPr>
          <w:trHeight w:hRule="exact" w:val="76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7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Решение текстовых задач, содержащих дроби.</w:t>
            </w:r>
          </w:p>
        </w:tc>
        <w:tc>
          <w:tcPr>
            <w:tcW w:w="70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https://uchi.ru/</w:t>
            </w:r>
          </w:p>
        </w:tc>
      </w:tr>
      <w:tr w:rsidR="001F6C50" w:rsidRPr="00FA2752" w:rsidTr="00B4623A">
        <w:trPr>
          <w:trHeight w:hRule="exact" w:val="491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5.6.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Основные за дачи на дроби.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https://uchi.ru/</w:t>
            </w:r>
          </w:p>
        </w:tc>
      </w:tr>
    </w:tbl>
    <w:p w:rsidR="001F6C50" w:rsidRPr="00FA2752" w:rsidRDefault="001F6C50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1F6C50" w:rsidRPr="00FA2752" w:rsidRDefault="001F6C50">
      <w:pPr>
        <w:rPr>
          <w:rFonts w:ascii="Times New Roman" w:hAnsi="Times New Roman" w:cs="Times New Roman"/>
          <w:sz w:val="18"/>
          <w:szCs w:val="18"/>
        </w:rPr>
        <w:sectPr w:rsidR="001F6C50" w:rsidRPr="00FA2752" w:rsidSect="006A3D76">
          <w:pgSz w:w="16840" w:h="11900" w:orient="landscape"/>
          <w:pgMar w:top="296" w:right="636" w:bottom="284" w:left="544" w:header="720" w:footer="720" w:gutter="0"/>
          <w:cols w:space="720" w:equalWidth="0">
            <w:col w:w="15908" w:space="0"/>
          </w:cols>
          <w:docGrid w:linePitch="360"/>
        </w:sectPr>
      </w:pPr>
    </w:p>
    <w:p w:rsidR="001F6C50" w:rsidRPr="00FA2752" w:rsidRDefault="001F6C50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280" w:type="dxa"/>
        <w:tblLayout w:type="fixed"/>
        <w:tblLook w:val="04A0" w:firstRow="1" w:lastRow="0" w:firstColumn="1" w:lastColumn="0" w:noHBand="0" w:noVBand="1"/>
      </w:tblPr>
      <w:tblGrid>
        <w:gridCol w:w="601"/>
        <w:gridCol w:w="4078"/>
        <w:gridCol w:w="567"/>
        <w:gridCol w:w="141"/>
        <w:gridCol w:w="1134"/>
        <w:gridCol w:w="1276"/>
        <w:gridCol w:w="8116"/>
      </w:tblGrid>
      <w:tr w:rsidR="001F6C50" w:rsidRPr="00FA2752" w:rsidTr="00046C29">
        <w:trPr>
          <w:trHeight w:hRule="exact" w:val="508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CA4D1A">
        <w:trPr>
          <w:trHeight w:hRule="exact" w:val="554"/>
        </w:trPr>
        <w:tc>
          <w:tcPr>
            <w:tcW w:w="15913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 xml:space="preserve">Раздел 6. Наглядная геометрия. Тела и фигуры в пространстве </w:t>
            </w:r>
          </w:p>
        </w:tc>
      </w:tr>
      <w:tr w:rsidR="001F6C50" w:rsidRPr="00827CFF" w:rsidTr="00FA2752">
        <w:trPr>
          <w:trHeight w:hRule="exact" w:val="68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 xml:space="preserve">Многогранники. 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«Геометрические фигуры. Геометрические тела»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/7720/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/311052/</w:t>
            </w:r>
          </w:p>
        </w:tc>
      </w:tr>
      <w:tr w:rsidR="001F6C50" w:rsidRPr="00FA2752" w:rsidTr="00046C29">
        <w:trPr>
          <w:trHeight w:hRule="exact" w:val="56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Изображение многогранников.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https://education.yandex.ru/</w:t>
            </w:r>
          </w:p>
        </w:tc>
      </w:tr>
      <w:tr w:rsidR="001F6C50" w:rsidRPr="00827CFF" w:rsidTr="00FA2752">
        <w:trPr>
          <w:trHeight w:hRule="exact" w:val="965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Модели пространственных тел.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7B1DC5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 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</w:t>
            </w:r>
            <w:proofErr w:type="gramStart"/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Урок</w:t>
            </w:r>
            <w:proofErr w:type="gramEnd"/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«Геометрические фигуры. Геометрические тела» (РЭШ) 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/7720/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/311052/</w:t>
            </w:r>
            <w:r w:rsidR="005B0B12"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«Прямоугольный параллелепипед» (РЭШ) 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/7731/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="005B0B12"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/325368/</w:t>
            </w:r>
          </w:p>
          <w:p w:rsidR="001F6C50" w:rsidRPr="00FA2752" w:rsidRDefault="001F6C50" w:rsidP="005B0B12">
            <w:pPr>
              <w:autoSpaceDE w:val="0"/>
              <w:autoSpaceDN w:val="0"/>
              <w:spacing w:before="52" w:after="0" w:line="245" w:lineRule="auto"/>
              <w:ind w:left="48" w:right="691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827CFF" w:rsidTr="00FA2752">
        <w:trPr>
          <w:trHeight w:hRule="exact" w:val="108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Прямоугольный параллелепипед, куб.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5B0B12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Урок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 «Геометрические фигуры. Геометрические тела»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/7720/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/311052/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«Прямоугольный параллелепипед»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/7731/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/325368/</w:t>
            </w:r>
          </w:p>
          <w:p w:rsidR="001F6C50" w:rsidRPr="00FA2752" w:rsidRDefault="001F6C50">
            <w:pPr>
              <w:autoSpaceDE w:val="0"/>
              <w:autoSpaceDN w:val="0"/>
              <w:spacing w:before="52" w:after="0" w:line="245" w:lineRule="auto"/>
              <w:ind w:left="48" w:right="6912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FA2752" w:rsidTr="00046C29">
        <w:trPr>
          <w:trHeight w:hRule="exact" w:val="36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CA4D1A">
            <w:pPr>
              <w:autoSpaceDE w:val="0"/>
              <w:autoSpaceDN w:val="0"/>
              <w:spacing w:before="52" w:after="0" w:line="245" w:lineRule="auto"/>
              <w:ind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Развёртки куба и параллелепипеда.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https://education.yandex.ru/</w:t>
            </w:r>
          </w:p>
        </w:tc>
      </w:tr>
      <w:tr w:rsidR="001F6C50" w:rsidRPr="00FA2752" w:rsidTr="00FA2752">
        <w:trPr>
          <w:trHeight w:hRule="exact" w:val="71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CA4D1A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Практическая работа «Развёртка куба».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https://education.yandex.ru/</w:t>
            </w:r>
          </w:p>
        </w:tc>
      </w:tr>
      <w:tr w:rsidR="001F6C50" w:rsidRPr="00827CFF" w:rsidTr="00FA2752">
        <w:trPr>
          <w:trHeight w:hRule="exact" w:val="939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6.7.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0" w:lineRule="auto"/>
              <w:ind w:left="50" w:right="144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Объём куба, прямоугольного параллелепипеда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B0B12" w:rsidRPr="00FA2752" w:rsidRDefault="005B0B12" w:rsidP="005B0B12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«Объём прямоугольного параллелепипеда. Единицы объёма»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/7730/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/272360/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 xml:space="preserve">Урок «Объём прямоугольного параллелепипеда»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/7753/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7"/>
                <w:sz w:val="18"/>
                <w:szCs w:val="18"/>
                <w:lang w:val="ru-RU"/>
              </w:rPr>
              <w:t>/234820/</w:t>
            </w:r>
          </w:p>
          <w:p w:rsidR="001F6C50" w:rsidRPr="00FA2752" w:rsidRDefault="001F6C50" w:rsidP="005B0B12">
            <w:pPr>
              <w:autoSpaceDE w:val="0"/>
              <w:autoSpaceDN w:val="0"/>
              <w:spacing w:before="52" w:after="0" w:line="245" w:lineRule="auto"/>
              <w:ind w:left="48" w:right="6624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FA2752" w:rsidTr="00046C29">
        <w:trPr>
          <w:trHeight w:hRule="exact" w:val="444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7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046C29">
        <w:trPr>
          <w:trHeight w:hRule="exact" w:val="423"/>
        </w:trPr>
        <w:tc>
          <w:tcPr>
            <w:tcW w:w="7797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Раздел 7.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>Повторение и обобщение</w:t>
            </w: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FA2752">
        <w:trPr>
          <w:trHeight w:hRule="exact" w:val="1182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7.1.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52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Урок «Итоговое обобщение и систематизация знаний по темам «Делимость натуральных чисел»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/7790/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/325244/ Урок «Итоговое обобщение и систематизация знаний по темам «Обыкновенные дроби и смешанные дроби» (РЭШ)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resh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subject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lesson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/7789/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start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/266057/ 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://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education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yandex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/</w:t>
            </w:r>
          </w:p>
        </w:tc>
      </w:tr>
      <w:tr w:rsidR="001F6C50" w:rsidRPr="00FA2752" w:rsidTr="00046C29">
        <w:trPr>
          <w:trHeight w:hRule="exact" w:val="558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046C29">
        <w:trPr>
          <w:trHeight w:hRule="exact" w:val="368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170</w:t>
            </w:r>
          </w:p>
        </w:tc>
        <w:tc>
          <w:tcPr>
            <w:tcW w:w="12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</w:t>
            </w:r>
          </w:p>
        </w:tc>
        <w:tc>
          <w:tcPr>
            <w:tcW w:w="8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F6C50" w:rsidRPr="00FA2752" w:rsidRDefault="007B1DC5">
      <w:pPr>
        <w:autoSpaceDE w:val="0"/>
        <w:autoSpaceDN w:val="0"/>
        <w:spacing w:before="128" w:after="408" w:line="228" w:lineRule="auto"/>
        <w:rPr>
          <w:rFonts w:ascii="Times New Roman" w:hAnsi="Times New Roman" w:cs="Times New Roman"/>
          <w:sz w:val="18"/>
          <w:szCs w:val="18"/>
        </w:rPr>
      </w:pPr>
      <w:r w:rsidRPr="00FA2752">
        <w:rPr>
          <w:rFonts w:ascii="Times New Roman" w:eastAsia="Times New Roman" w:hAnsi="Times New Roman" w:cs="Times New Roman"/>
          <w:b/>
          <w:color w:val="000000"/>
          <w:w w:val="102"/>
          <w:sz w:val="18"/>
          <w:szCs w:val="18"/>
        </w:rPr>
        <w:t>6 КЛАСС</w:t>
      </w:r>
    </w:p>
    <w:tbl>
      <w:tblPr>
        <w:tblW w:w="0" w:type="auto"/>
        <w:tblInd w:w="-280" w:type="dxa"/>
        <w:tblLayout w:type="fixed"/>
        <w:tblLook w:val="04A0" w:firstRow="1" w:lastRow="0" w:firstColumn="1" w:lastColumn="0" w:noHBand="0" w:noVBand="1"/>
      </w:tblPr>
      <w:tblGrid>
        <w:gridCol w:w="601"/>
        <w:gridCol w:w="4078"/>
        <w:gridCol w:w="567"/>
        <w:gridCol w:w="1275"/>
        <w:gridCol w:w="1276"/>
        <w:gridCol w:w="8052"/>
      </w:tblGrid>
      <w:tr w:rsidR="001F6C50" w:rsidRPr="00FA2752" w:rsidTr="00046C29">
        <w:trPr>
          <w:trHeight w:hRule="exact" w:val="510"/>
        </w:trPr>
        <w:tc>
          <w:tcPr>
            <w:tcW w:w="60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№</w:t>
            </w:r>
            <w:r w:rsidRPr="00FA2752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п/п</w:t>
            </w:r>
          </w:p>
        </w:tc>
        <w:tc>
          <w:tcPr>
            <w:tcW w:w="40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>Наименование разделов и тем программы</w:t>
            </w:r>
          </w:p>
        </w:tc>
        <w:tc>
          <w:tcPr>
            <w:tcW w:w="31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Количество часов</w:t>
            </w:r>
          </w:p>
        </w:tc>
        <w:tc>
          <w:tcPr>
            <w:tcW w:w="80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Электронные (цифровые) образовательные ресурсы</w:t>
            </w:r>
          </w:p>
        </w:tc>
      </w:tr>
      <w:tr w:rsidR="001F6C50" w:rsidRPr="00FA2752" w:rsidTr="005B0B12">
        <w:trPr>
          <w:trHeight w:hRule="exact" w:val="1373"/>
        </w:trPr>
        <w:tc>
          <w:tcPr>
            <w:tcW w:w="60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7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всего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контрольные работы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48" w:right="28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практические работы</w:t>
            </w:r>
          </w:p>
        </w:tc>
        <w:tc>
          <w:tcPr>
            <w:tcW w:w="805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5B0B12">
        <w:trPr>
          <w:trHeight w:hRule="exact" w:val="374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 xml:space="preserve">Раздел 1.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>Натуральные числа. Действия с натуральными числами</w:t>
            </w:r>
          </w:p>
        </w:tc>
      </w:tr>
      <w:tr w:rsidR="001F6C50" w:rsidRPr="00827CFF" w:rsidTr="00046C29">
        <w:trPr>
          <w:trHeight w:hRule="exact" w:val="65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Арифметические действия с многозначными натуральными числами.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Электронная форма учебника, библиотека РЭШ.</w:t>
            </w:r>
          </w:p>
        </w:tc>
      </w:tr>
      <w:tr w:rsidR="001F6C50" w:rsidRPr="00FA2752" w:rsidTr="00FA2752">
        <w:trPr>
          <w:trHeight w:hRule="exact" w:val="63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Числовые выражения, порядок действий, использование скобок.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https://resh.edu.ru/subject/lesson/3926/start/213807/</w:t>
            </w:r>
          </w:p>
        </w:tc>
      </w:tr>
      <w:tr w:rsidR="001F6C50" w:rsidRPr="00FA2752" w:rsidTr="00046C29">
        <w:trPr>
          <w:trHeight w:hRule="exact" w:val="46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Округление натуральных чисел.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https://resh.edu.ru/subject/lesson/23/</w:t>
            </w:r>
          </w:p>
        </w:tc>
      </w:tr>
      <w:tr w:rsidR="001F6C50" w:rsidRPr="00FA2752" w:rsidTr="00046C29">
        <w:trPr>
          <w:trHeight w:hRule="exact" w:val="56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https://resh.edu.ru/subject/lesson/7747/start/233735/ https://resh.edu.ru/subject/lesson/7746/start/234262/</w:t>
            </w:r>
          </w:p>
        </w:tc>
      </w:tr>
      <w:tr w:rsidR="001F6C50" w:rsidRPr="00FA2752" w:rsidTr="00046C29">
        <w:trPr>
          <w:trHeight w:hRule="exact" w:val="419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Разложение числа на простые множители.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https://resh.edu.ru/subject/lesson/7236/main/303596/</w:t>
            </w:r>
          </w:p>
        </w:tc>
      </w:tr>
      <w:tr w:rsidR="001F6C50" w:rsidRPr="00FA2752" w:rsidTr="005B0B12">
        <w:trPr>
          <w:trHeight w:hRule="exact" w:val="43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Делимость суммы и произведения.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https://resh.edu.ru/subject/lesson/7751/start/234293/</w:t>
            </w:r>
          </w:p>
        </w:tc>
      </w:tr>
      <w:tr w:rsidR="001F6C50" w:rsidRPr="00FA2752" w:rsidTr="00046C29">
        <w:trPr>
          <w:trHeight w:hRule="exact" w:val="36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1.7.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Деление с остатком.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https://resh.edu.ru/subject/lesson/7709/start/325151/</w:t>
            </w:r>
          </w:p>
        </w:tc>
      </w:tr>
      <w:tr w:rsidR="001F6C50" w:rsidRPr="00827CFF" w:rsidTr="00B4623A">
        <w:trPr>
          <w:trHeight w:hRule="exact" w:val="895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1.8.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Решение текстовых задач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B4623A" w:rsidRPr="00FA2752" w:rsidRDefault="00B4623A" w:rsidP="00B4623A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 xml:space="preserve">Единая коллекция цифровых образовательных </w:t>
            </w:r>
            <w:r w:rsidRPr="00FA2752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br/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ресурсов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school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collection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)</w:t>
            </w:r>
          </w:p>
          <w:p w:rsidR="001F6C50" w:rsidRPr="00FA2752" w:rsidRDefault="001F6C50">
            <w:pPr>
              <w:autoSpaceDE w:val="0"/>
              <w:autoSpaceDN w:val="0"/>
              <w:spacing w:before="52" w:after="0" w:line="245" w:lineRule="auto"/>
              <w:ind w:left="48" w:right="648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F6C50" w:rsidRPr="00FA2752" w:rsidTr="005B0B12">
        <w:trPr>
          <w:trHeight w:hRule="exact" w:val="394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30</w:t>
            </w:r>
          </w:p>
        </w:tc>
        <w:tc>
          <w:tcPr>
            <w:tcW w:w="106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5B0B12">
        <w:trPr>
          <w:trHeight w:hRule="exact" w:val="430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 xml:space="preserve">Раздел 2.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 xml:space="preserve">Наглядная геометрия.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>Прямые на плоскости</w:t>
            </w:r>
            <w:proofErr w:type="gramEnd"/>
          </w:p>
        </w:tc>
      </w:tr>
      <w:tr w:rsidR="001F6C50" w:rsidRPr="00FA2752" w:rsidTr="00C01A3E">
        <w:trPr>
          <w:trHeight w:hRule="exact" w:val="368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2.1.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Перпендикулярные прямые.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https://resh.edu.ru/subject/lesson/7288/start/250072/</w:t>
            </w:r>
          </w:p>
        </w:tc>
      </w:tr>
      <w:tr w:rsidR="001F6C50" w:rsidRPr="00FA2752" w:rsidTr="00C01A3E">
        <w:trPr>
          <w:trHeight w:hRule="exact" w:val="36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Параллельные прямые.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https://resh.edu.ru/subject/lesson/7299/start/296526/</w:t>
            </w:r>
          </w:p>
        </w:tc>
      </w:tr>
      <w:tr w:rsidR="001F6C50" w:rsidRPr="00FA2752" w:rsidTr="00C01A3E">
        <w:trPr>
          <w:trHeight w:hRule="exact" w:val="85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5B0B12">
            <w:pPr>
              <w:autoSpaceDE w:val="0"/>
              <w:autoSpaceDN w:val="0"/>
              <w:spacing w:before="52" w:after="0" w:line="233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Расстояние между двумя точками, от точки до прямой, длина пути на квадратной сетке.</w:t>
            </w:r>
            <w:proofErr w:type="gramEnd"/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https://resh.edu.ru/subject/lesson/7306/start/296950/</w:t>
            </w:r>
          </w:p>
        </w:tc>
      </w:tr>
    </w:tbl>
    <w:p w:rsidR="001F6C50" w:rsidRPr="00FA2752" w:rsidRDefault="001F6C50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1F6C50" w:rsidRPr="00FA2752" w:rsidRDefault="001F6C50">
      <w:pPr>
        <w:rPr>
          <w:rFonts w:ascii="Times New Roman" w:hAnsi="Times New Roman" w:cs="Times New Roman"/>
          <w:sz w:val="18"/>
          <w:szCs w:val="18"/>
        </w:rPr>
        <w:sectPr w:rsidR="001F6C50" w:rsidRPr="00FA2752" w:rsidSect="006A3D76">
          <w:pgSz w:w="16840" w:h="11900" w:orient="landscape"/>
          <w:pgMar w:top="396" w:right="636" w:bottom="284" w:left="544" w:header="720" w:footer="720" w:gutter="0"/>
          <w:cols w:space="720" w:equalWidth="0">
            <w:col w:w="15808" w:space="0"/>
          </w:cols>
          <w:docGrid w:linePitch="360"/>
        </w:sectPr>
      </w:pPr>
    </w:p>
    <w:p w:rsidR="001F6C50" w:rsidRPr="00FA2752" w:rsidRDefault="001F6C50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280" w:type="dxa"/>
        <w:tblLayout w:type="fixed"/>
        <w:tblLook w:val="04A0" w:firstRow="1" w:lastRow="0" w:firstColumn="1" w:lastColumn="0" w:noHBand="0" w:noVBand="1"/>
      </w:tblPr>
      <w:tblGrid>
        <w:gridCol w:w="601"/>
        <w:gridCol w:w="4078"/>
        <w:gridCol w:w="567"/>
        <w:gridCol w:w="1275"/>
        <w:gridCol w:w="1276"/>
        <w:gridCol w:w="8052"/>
      </w:tblGrid>
      <w:tr w:rsidR="001F6C50" w:rsidRPr="00827CFF" w:rsidTr="00C01A3E">
        <w:trPr>
          <w:trHeight w:hRule="exact" w:val="50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Примеры прямых в пространстве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Единая коллекция цифровых образовательных ресурсов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school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collection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)</w:t>
            </w:r>
          </w:p>
        </w:tc>
      </w:tr>
      <w:tr w:rsidR="001F6C50" w:rsidRPr="00FA2752" w:rsidTr="00C01A3E">
        <w:trPr>
          <w:trHeight w:hRule="exact" w:val="558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</w:t>
            </w:r>
          </w:p>
        </w:tc>
        <w:tc>
          <w:tcPr>
            <w:tcW w:w="106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5B0B12">
        <w:trPr>
          <w:trHeight w:hRule="exact" w:val="424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Раздел 3. Д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>роби</w:t>
            </w:r>
          </w:p>
        </w:tc>
      </w:tr>
      <w:tr w:rsidR="001F6C50" w:rsidRPr="00FA2752" w:rsidTr="00C01A3E">
        <w:trPr>
          <w:trHeight w:hRule="exact" w:val="615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3.1.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Обыкновенная дробь, основное свойство дроби, сокращение дробей.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https://resh.edu.ru/subject/lesson/705/</w:t>
            </w:r>
          </w:p>
        </w:tc>
      </w:tr>
      <w:tr w:rsidR="001F6C50" w:rsidRPr="00FA2752" w:rsidTr="00C01A3E">
        <w:trPr>
          <w:trHeight w:hRule="exact" w:val="42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Сравнение и упорядочивание дробей.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https://resh.edu.ru/subject/lesson/708/ https://resh.edu.ru/subject/lesson/718/</w:t>
            </w:r>
          </w:p>
        </w:tc>
      </w:tr>
      <w:tr w:rsidR="001F6C50" w:rsidRPr="00FA2752" w:rsidTr="00C01A3E">
        <w:trPr>
          <w:trHeight w:hRule="exact" w:val="431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3.3.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Десятичные дроби и метрическая система мер.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https://resh.edu.ru/subject/lesson/6919/start/237269/</w:t>
            </w:r>
          </w:p>
        </w:tc>
      </w:tr>
      <w:tr w:rsidR="001F6C50" w:rsidRPr="00FA2752" w:rsidTr="00C01A3E">
        <w:trPr>
          <w:trHeight w:hRule="exact" w:val="98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Арифметические действия с обыкновенными и десятичными дробями.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https://resh.edu.ru/subject/lesson/6904/start/235454/</w:t>
            </w:r>
          </w:p>
        </w:tc>
      </w:tr>
      <w:tr w:rsidR="001F6C50" w:rsidRPr="00FA2752" w:rsidTr="00C01A3E">
        <w:trPr>
          <w:trHeight w:hRule="exact" w:val="56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Отношение.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https://resh.edu.ru/subject/lesson/6844/start/235843</w:t>
            </w:r>
          </w:p>
        </w:tc>
      </w:tr>
      <w:tr w:rsidR="001F6C50" w:rsidRPr="00FA2752" w:rsidTr="00C01A3E">
        <w:trPr>
          <w:trHeight w:hRule="exact" w:val="55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Деление в данном отношении.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https://resh.edu.ru/subject/lesson/6842/start/235812/</w:t>
            </w:r>
          </w:p>
        </w:tc>
      </w:tr>
      <w:tr w:rsidR="001F6C50" w:rsidRPr="00FA2752" w:rsidTr="00C01A3E">
        <w:trPr>
          <w:trHeight w:hRule="exact" w:val="42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3.7.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Масштаб, пропорция.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https://resh.edu.ru/subject/lesson/1085/</w:t>
            </w:r>
          </w:p>
        </w:tc>
      </w:tr>
      <w:tr w:rsidR="001F6C50" w:rsidRPr="00FA2752" w:rsidTr="00C01A3E">
        <w:trPr>
          <w:trHeight w:hRule="exact" w:val="46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3.8.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Понятие процента.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https://resh.edu.ru/subject/lesson/6846/start/237176/</w:t>
            </w:r>
          </w:p>
        </w:tc>
      </w:tr>
      <w:tr w:rsidR="001F6C50" w:rsidRPr="00FA2752" w:rsidTr="00C01A3E">
        <w:trPr>
          <w:trHeight w:hRule="exact" w:val="76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3.9.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Вычисление процента от величины и величины по её проценту.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https://resh.edu.ru/subject/lesson/1060/</w:t>
            </w:r>
          </w:p>
        </w:tc>
      </w:tr>
      <w:tr w:rsidR="001F6C50" w:rsidRPr="00FA2752" w:rsidTr="00C01A3E">
        <w:trPr>
          <w:trHeight w:hRule="exact" w:val="809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3.10.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Решение текстовых задач,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со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 держащих дроби и проценты.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https://resh.edu.ru/subject/lesson/6923/start/236773/</w:t>
            </w:r>
          </w:p>
        </w:tc>
      </w:tr>
      <w:tr w:rsidR="001F6C50" w:rsidRPr="00FA2752" w:rsidTr="00C01A3E">
        <w:trPr>
          <w:trHeight w:hRule="exact" w:val="85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3.11.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Практическая работа «Отношение длины окружности к её диаметру»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C01A3E">
        <w:trPr>
          <w:trHeight w:hRule="exact" w:val="428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32</w:t>
            </w:r>
          </w:p>
        </w:tc>
        <w:tc>
          <w:tcPr>
            <w:tcW w:w="1060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E37C72">
        <w:trPr>
          <w:trHeight w:hRule="exact" w:val="562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 xml:space="preserve">Раздел 4.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>Наглядная геометрия. Симметрия</w:t>
            </w:r>
          </w:p>
        </w:tc>
      </w:tr>
      <w:tr w:rsidR="001F6C50" w:rsidRPr="00FA2752" w:rsidTr="00C01A3E">
        <w:trPr>
          <w:trHeight w:hRule="exact" w:val="36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Осевая симметрия.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https://resh.edu.ru/subject/lesson/2010/main/</w:t>
            </w:r>
          </w:p>
        </w:tc>
      </w:tr>
      <w:tr w:rsidR="001F6C50" w:rsidRPr="00FA2752" w:rsidTr="00C01A3E">
        <w:trPr>
          <w:trHeight w:hRule="exact" w:val="47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Центральная симметрия.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https://resh.edu.ru/subject/lesson/2010/start/</w:t>
            </w:r>
          </w:p>
        </w:tc>
      </w:tr>
      <w:tr w:rsidR="001F6C50" w:rsidRPr="00FA2752" w:rsidTr="00C01A3E">
        <w:trPr>
          <w:trHeight w:hRule="exact" w:val="42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Построение симметричных фигур.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https://resh.edu.ru/subject/lesson/2010/train/#204032</w:t>
            </w:r>
          </w:p>
        </w:tc>
      </w:tr>
      <w:tr w:rsidR="001F6C50" w:rsidRPr="00FA2752" w:rsidTr="00C01A3E">
        <w:trPr>
          <w:trHeight w:hRule="exact" w:val="421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4.4.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Практическая работа «Осевая симметрия».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0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C01A3E">
        <w:trPr>
          <w:trHeight w:hRule="exact" w:val="42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Симметрия в пространстве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Единая коллекция цифровых образовательных ресурсов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school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collection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)</w:t>
            </w:r>
          </w:p>
        </w:tc>
      </w:tr>
      <w:tr w:rsidR="001F6C50" w:rsidRPr="00FA2752" w:rsidTr="00C01A3E">
        <w:trPr>
          <w:trHeight w:hRule="exact" w:val="431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E37C72">
        <w:trPr>
          <w:trHeight w:hRule="exact" w:val="504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2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Раздел 5.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>Выражения с буквами</w:t>
            </w:r>
          </w:p>
        </w:tc>
      </w:tr>
      <w:tr w:rsidR="001F6C50" w:rsidRPr="00FA2752" w:rsidTr="00C01A3E">
        <w:trPr>
          <w:trHeight w:hRule="exact" w:val="850"/>
        </w:trPr>
        <w:tc>
          <w:tcPr>
            <w:tcW w:w="601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5.1.</w:t>
            </w:r>
          </w:p>
        </w:tc>
        <w:tc>
          <w:tcPr>
            <w:tcW w:w="4078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Применение букв для записи математических выражений и предложений.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2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https://resh.edu.ru/subject/lesson/1429/</w:t>
            </w:r>
          </w:p>
        </w:tc>
      </w:tr>
      <w:tr w:rsidR="001F6C50" w:rsidRPr="00FA2752" w:rsidTr="00C01A3E">
        <w:trPr>
          <w:trHeight w:hRule="exact" w:val="56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Буквенные выражения и числовые подстановки.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https://resh.edu.ru/subject/lesson/7258/start/310122/</w:t>
            </w:r>
          </w:p>
        </w:tc>
      </w:tr>
      <w:tr w:rsidR="001F6C50" w:rsidRPr="00827CFF" w:rsidTr="00C01A3E">
        <w:trPr>
          <w:trHeight w:hRule="exact" w:val="70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Буквенные равенства, нахождение неизвестного компонента.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Электронная форма учебника, библиотека РЭШ.</w:t>
            </w:r>
          </w:p>
        </w:tc>
      </w:tr>
      <w:tr w:rsidR="001F6C50" w:rsidRPr="00827CFF" w:rsidTr="00C01A3E">
        <w:trPr>
          <w:trHeight w:hRule="exact" w:val="41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Формулы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Электронная форма учебника, библиотека РЭШ</w:t>
            </w:r>
          </w:p>
        </w:tc>
      </w:tr>
      <w:tr w:rsidR="001F6C50" w:rsidRPr="00FA2752" w:rsidTr="00C01A3E">
        <w:trPr>
          <w:trHeight w:hRule="exact" w:val="423"/>
        </w:trPr>
        <w:tc>
          <w:tcPr>
            <w:tcW w:w="4679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E37C72">
        <w:trPr>
          <w:trHeight w:hRule="exact" w:val="568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 xml:space="preserve">Раздел 6.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>Нагляднаягеометрия. Фигуры на плоскости</w:t>
            </w:r>
          </w:p>
        </w:tc>
      </w:tr>
      <w:tr w:rsidR="001F6C50" w:rsidRPr="00FA2752" w:rsidTr="00C01A3E">
        <w:trPr>
          <w:trHeight w:hRule="exact" w:val="70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Четырёхугольник, примеры четырёхугольников.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https://resh.edu.ru/subject/lesson/555/</w:t>
            </w:r>
          </w:p>
        </w:tc>
      </w:tr>
      <w:tr w:rsidR="001F6C50" w:rsidRPr="00FA2752" w:rsidTr="00C01A3E">
        <w:trPr>
          <w:trHeight w:hRule="exact" w:val="71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Прямоугольник, квадрат: свойства сторон, углов, диагоналей.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https://resh.edu.ru/subject/lesson/1495/start/</w:t>
            </w:r>
          </w:p>
        </w:tc>
      </w:tr>
      <w:tr w:rsidR="001F6C50" w:rsidRPr="00FA2752" w:rsidTr="00C01A3E">
        <w:trPr>
          <w:trHeight w:hRule="exact" w:val="69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Измерение углов.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https://resh.edu.ru/subject/lesson/589/</w:t>
            </w:r>
          </w:p>
        </w:tc>
      </w:tr>
      <w:tr w:rsidR="001F6C50" w:rsidRPr="00827CFF" w:rsidTr="00C01A3E">
        <w:trPr>
          <w:trHeight w:hRule="exact" w:val="42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Виды треугольников.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Единая коллекция цифровых образовательных ресурсов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school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collection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)</w:t>
            </w:r>
          </w:p>
        </w:tc>
      </w:tr>
      <w:tr w:rsidR="001F6C50" w:rsidRPr="00FA2752" w:rsidTr="00C01A3E">
        <w:trPr>
          <w:trHeight w:hRule="exact" w:val="42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6.5.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Периметр многоугольника.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https://resh.edu.ru/subject/lesson/4270/start/162587/</w:t>
            </w:r>
          </w:p>
        </w:tc>
      </w:tr>
      <w:tr w:rsidR="001F6C50" w:rsidRPr="00FA2752" w:rsidTr="00C01A3E">
        <w:trPr>
          <w:trHeight w:hRule="exact" w:val="56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6.6.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Площадь фигуры.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https://resh.edu.ru/subject/lesson/4577/start/214365/</w:t>
            </w:r>
          </w:p>
        </w:tc>
      </w:tr>
      <w:tr w:rsidR="001F6C50" w:rsidRPr="00FA2752" w:rsidTr="00C01A3E">
        <w:trPr>
          <w:trHeight w:hRule="exact" w:val="41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6.7.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Формулы периметра и площади прямоугольника.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https://resh.edu.ru/subject/lesson/556/</w:t>
            </w:r>
          </w:p>
        </w:tc>
      </w:tr>
      <w:tr w:rsidR="001F6C50" w:rsidRPr="00FA2752" w:rsidTr="00C01A3E">
        <w:trPr>
          <w:trHeight w:hRule="exact" w:val="58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6.8.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Приближённое измерение площади фигур.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https://resh.edu.ru/subject/lesson/4577/main/214369/</w:t>
            </w:r>
          </w:p>
        </w:tc>
      </w:tr>
      <w:tr w:rsidR="001F6C50" w:rsidRPr="00FA2752" w:rsidTr="00C01A3E">
        <w:trPr>
          <w:trHeight w:hRule="exact" w:val="42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6.9.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Практическая работа «Площадь круга»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C01A3E">
        <w:trPr>
          <w:trHeight w:hRule="exact" w:val="418"/>
        </w:trPr>
        <w:tc>
          <w:tcPr>
            <w:tcW w:w="467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E37C72">
        <w:trPr>
          <w:trHeight w:hRule="exact" w:val="566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 xml:space="preserve">Раздел 7.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>Положительные и отрицательные числа</w:t>
            </w:r>
          </w:p>
        </w:tc>
      </w:tr>
      <w:tr w:rsidR="001F6C50" w:rsidRPr="00FA2752" w:rsidTr="00C01A3E">
        <w:trPr>
          <w:trHeight w:hRule="exact" w:val="43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7.1.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Целые числа.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https://resh.edu.ru/subject/lesson/6868/start/237703/</w:t>
            </w:r>
          </w:p>
        </w:tc>
      </w:tr>
      <w:tr w:rsidR="001F6C50" w:rsidRPr="00FA2752" w:rsidTr="00C01A3E">
        <w:trPr>
          <w:trHeight w:hRule="exact" w:val="56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7.2.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Модуль числа, геометрическая интерпретация модуля.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https://resh.edu.ru/subject/lesson/1058/</w:t>
            </w:r>
          </w:p>
        </w:tc>
      </w:tr>
      <w:tr w:rsidR="001F6C50" w:rsidRPr="00FA2752" w:rsidTr="00C01A3E">
        <w:trPr>
          <w:trHeight w:hRule="exact" w:val="34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7.3.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Числовые промежутки.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https://resh.edu.ru/subject/lesson/3407/start/</w:t>
            </w:r>
          </w:p>
        </w:tc>
      </w:tr>
      <w:tr w:rsidR="001F6C50" w:rsidRPr="00FA2752" w:rsidTr="00C01A3E">
        <w:trPr>
          <w:trHeight w:hRule="exact" w:val="32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7.4.</w:t>
            </w:r>
          </w:p>
        </w:tc>
        <w:tc>
          <w:tcPr>
            <w:tcW w:w="4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Положительные и отрицательные числа.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https://resh.edu.ru/subject/lesson/6888/start/316043/</w:t>
            </w:r>
          </w:p>
        </w:tc>
      </w:tr>
    </w:tbl>
    <w:p w:rsidR="001F6C50" w:rsidRPr="00FA2752" w:rsidRDefault="001F6C50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1F6C50" w:rsidRPr="00FA2752" w:rsidRDefault="001F6C50">
      <w:pPr>
        <w:rPr>
          <w:rFonts w:ascii="Times New Roman" w:hAnsi="Times New Roman" w:cs="Times New Roman"/>
          <w:sz w:val="18"/>
          <w:szCs w:val="18"/>
        </w:rPr>
        <w:sectPr w:rsidR="001F6C50" w:rsidRPr="00FA2752" w:rsidSect="006A3D76">
          <w:pgSz w:w="16840" w:h="11900" w:orient="landscape"/>
          <w:pgMar w:top="382" w:right="636" w:bottom="284" w:left="610" w:header="720" w:footer="720" w:gutter="0"/>
          <w:cols w:space="720" w:equalWidth="0">
            <w:col w:w="15822" w:space="0"/>
          </w:cols>
          <w:docGrid w:linePitch="360"/>
        </w:sectPr>
      </w:pPr>
    </w:p>
    <w:p w:rsidR="001F6C50" w:rsidRPr="00FA2752" w:rsidRDefault="001F6C50">
      <w:pPr>
        <w:autoSpaceDE w:val="0"/>
        <w:autoSpaceDN w:val="0"/>
        <w:spacing w:after="66" w:line="22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-280" w:type="dxa"/>
        <w:tblLayout w:type="fixed"/>
        <w:tblLook w:val="04A0" w:firstRow="1" w:lastRow="0" w:firstColumn="1" w:lastColumn="0" w:noHBand="0" w:noVBand="1"/>
      </w:tblPr>
      <w:tblGrid>
        <w:gridCol w:w="601"/>
        <w:gridCol w:w="4134"/>
        <w:gridCol w:w="511"/>
        <w:gridCol w:w="1275"/>
        <w:gridCol w:w="1276"/>
        <w:gridCol w:w="8052"/>
      </w:tblGrid>
      <w:tr w:rsidR="001F6C50" w:rsidRPr="00FA2752" w:rsidTr="00046C29">
        <w:trPr>
          <w:trHeight w:hRule="exact" w:val="650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7.5.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Сравнение положительных и отрицательных чисел.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https://resh.edu.ru/subject/lesson/1307/ https://resh.edu.ru/subject/lesson/1295/</w:t>
            </w:r>
          </w:p>
        </w:tc>
      </w:tr>
      <w:tr w:rsidR="001F6C50" w:rsidRPr="00FA2752" w:rsidTr="00B4623A">
        <w:trPr>
          <w:trHeight w:hRule="exact" w:val="137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7.6.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Арифметические действия с положительными и отрицательными числами.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48" w:right="72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https://resh.edu.ru/subject/lesson/6864/start/236959/ https://resh.edu.ru/subject/lesson/6860/start/237331/ https://resh.edu.ru/subject/lesson/1197/ https://resh.edu.ru/subject/lesson/1251/ https://resh.edu.ru/subject/lesson/1309/</w:t>
            </w:r>
          </w:p>
        </w:tc>
      </w:tr>
      <w:tr w:rsidR="001F6C50" w:rsidRPr="00FA2752" w:rsidTr="00B4623A">
        <w:trPr>
          <w:trHeight w:hRule="exact" w:val="843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7.7.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Решение текстовых задач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https://resh.edu.ru/subject/lesson/681/ https://resh.edu.ru/subject/lesson/7711/start/311996/</w:t>
            </w:r>
          </w:p>
        </w:tc>
      </w:tr>
      <w:tr w:rsidR="001F6C50" w:rsidRPr="00FA2752" w:rsidTr="00046C29">
        <w:trPr>
          <w:trHeight w:hRule="exact" w:val="568"/>
        </w:trPr>
        <w:tc>
          <w:tcPr>
            <w:tcW w:w="4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40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E37C72">
        <w:trPr>
          <w:trHeight w:hRule="exact" w:val="420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</w:rPr>
              <w:t>Раздел 8. Представление данных</w:t>
            </w:r>
          </w:p>
        </w:tc>
      </w:tr>
      <w:tr w:rsidR="001F6C50" w:rsidRPr="00FA2752" w:rsidTr="00046C29">
        <w:trPr>
          <w:trHeight w:hRule="exact" w:val="56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8.1.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Прямоугольная система координат на плоскости.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https://resh.edu.ru/subject/lesson/1083/</w:t>
            </w:r>
          </w:p>
        </w:tc>
      </w:tr>
      <w:tr w:rsidR="001F6C50" w:rsidRPr="00FA2752" w:rsidTr="00046C29">
        <w:trPr>
          <w:trHeight w:hRule="exact" w:val="56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8.2.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Координаты точки на плоскости, абсцисса и ордината.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https://resh.edu.ru/subject/lesson/6921/start/308552/</w:t>
            </w:r>
          </w:p>
        </w:tc>
      </w:tr>
      <w:tr w:rsidR="001F6C50" w:rsidRPr="00FA2752" w:rsidTr="00046C29">
        <w:trPr>
          <w:trHeight w:hRule="exact" w:val="42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8.3.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Столбчатые и круговые диаграммы.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https://resh.edu.ru/subject/lesson/1228/</w:t>
            </w:r>
          </w:p>
        </w:tc>
      </w:tr>
      <w:tr w:rsidR="001F6C50" w:rsidRPr="00FA2752" w:rsidTr="00046C29">
        <w:trPr>
          <w:trHeight w:hRule="exact" w:val="421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8.4.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Практическая работа «Построение диаграмм».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https://resh.edu.ru/subject/lesson/6922/start/315615/</w:t>
            </w:r>
          </w:p>
        </w:tc>
      </w:tr>
      <w:tr w:rsidR="001F6C50" w:rsidRPr="00FA2752" w:rsidTr="00046C29">
        <w:trPr>
          <w:trHeight w:hRule="exact" w:val="1135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8.5.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45" w:lineRule="auto"/>
              <w:ind w:left="50" w:right="28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Решение текстовых задач, </w:t>
            </w:r>
            <w:proofErr w:type="gramStart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со</w:t>
            </w:r>
            <w:proofErr w:type="gramEnd"/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 xml:space="preserve"> держащих данные, представ ленные в таблицах и на диаграммах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https://resh.edu.ru/subject/lesson/340/</w:t>
            </w:r>
          </w:p>
        </w:tc>
      </w:tr>
      <w:tr w:rsidR="001F6C50" w:rsidRPr="00FA2752" w:rsidTr="00046C29">
        <w:trPr>
          <w:trHeight w:hRule="exact" w:val="570"/>
        </w:trPr>
        <w:tc>
          <w:tcPr>
            <w:tcW w:w="4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6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827CFF" w:rsidTr="00E37C72">
        <w:trPr>
          <w:trHeight w:hRule="exact" w:val="408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  <w:lang w:val="ru-RU"/>
              </w:rPr>
              <w:t xml:space="preserve">Раздел 9. </w:t>
            </w:r>
            <w:r w:rsidRPr="00FA2752">
              <w:rPr>
                <w:rFonts w:ascii="Times New Roman" w:eastAsia="Times New Roman" w:hAnsi="Times New Roman" w:cs="Times New Roman"/>
                <w:b/>
                <w:color w:val="221F1F"/>
                <w:w w:val="96"/>
                <w:sz w:val="18"/>
                <w:szCs w:val="18"/>
                <w:lang w:val="ru-RU"/>
              </w:rPr>
              <w:t>Нагляднаягеометрия. Фигуры в пространстве</w:t>
            </w:r>
          </w:p>
        </w:tc>
      </w:tr>
      <w:tr w:rsidR="001F6C50" w:rsidRPr="00827CFF" w:rsidTr="00046C29">
        <w:trPr>
          <w:trHeight w:hRule="exact" w:val="854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9.1.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 w:rsidP="00E37C72">
            <w:pPr>
              <w:autoSpaceDE w:val="0"/>
              <w:autoSpaceDN w:val="0"/>
              <w:spacing w:before="52" w:after="0" w:line="233" w:lineRule="auto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Прямоугольный параллелепипед, куб, призма, пирамида, конус, цилиндр, шар и сфера.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Единая коллекция цифровых образовательных ресурсов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school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collection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)</w:t>
            </w:r>
          </w:p>
        </w:tc>
      </w:tr>
      <w:tr w:rsidR="001F6C50" w:rsidRPr="00827CFF" w:rsidTr="00046C29">
        <w:trPr>
          <w:trHeight w:hRule="exact" w:val="427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9.2.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</w:rPr>
              <w:t>Изображение пространственных фигур.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Электронная форма учебника, библиотека РЭШ</w:t>
            </w:r>
          </w:p>
        </w:tc>
      </w:tr>
      <w:tr w:rsidR="001F6C50" w:rsidRPr="00827CFF" w:rsidTr="00FA2752">
        <w:trPr>
          <w:trHeight w:hRule="exact" w:val="606"/>
        </w:trPr>
        <w:tc>
          <w:tcPr>
            <w:tcW w:w="60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9.3.</w:t>
            </w:r>
          </w:p>
        </w:tc>
        <w:tc>
          <w:tcPr>
            <w:tcW w:w="413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Примеры развёрток многогранников, цилиндра и конуса.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Единая коллекция цифровых образовательных ресурсов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school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collection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)</w:t>
            </w:r>
          </w:p>
        </w:tc>
      </w:tr>
      <w:tr w:rsidR="001F6C50" w:rsidRPr="00FA2752" w:rsidTr="00046C29">
        <w:trPr>
          <w:trHeight w:hRule="exact" w:val="829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9.4.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Практическая работа «Создание моделей пространственных фигур».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046C29">
        <w:trPr>
          <w:trHeight w:hRule="exact" w:val="646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9.5.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Понятие объёма; единицы измерения объёма.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https://resh.edu.ru/subject/lesson/584/</w:t>
            </w:r>
          </w:p>
        </w:tc>
      </w:tr>
      <w:tr w:rsidR="001F6C50" w:rsidRPr="00FA2752" w:rsidTr="00046C29">
        <w:trPr>
          <w:trHeight w:hRule="exact" w:val="698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9.6.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221F1F"/>
                <w:w w:val="96"/>
                <w:sz w:val="18"/>
                <w:szCs w:val="18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https://resh.edu.ru/subject/lesson/565/</w:t>
            </w:r>
          </w:p>
        </w:tc>
      </w:tr>
      <w:tr w:rsidR="001F6C50" w:rsidRPr="00FA2752" w:rsidTr="00046C29">
        <w:trPr>
          <w:trHeight w:hRule="exact" w:val="424"/>
        </w:trPr>
        <w:tc>
          <w:tcPr>
            <w:tcW w:w="4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9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E37C72">
        <w:trPr>
          <w:trHeight w:hRule="exact" w:val="430"/>
        </w:trPr>
        <w:tc>
          <w:tcPr>
            <w:tcW w:w="15849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b/>
                <w:color w:val="000000"/>
                <w:w w:val="96"/>
                <w:sz w:val="18"/>
                <w:szCs w:val="18"/>
              </w:rPr>
              <w:t>Раздел 10. Повторение, обобщение, систематизация</w:t>
            </w:r>
          </w:p>
        </w:tc>
      </w:tr>
      <w:tr w:rsidR="001F6C50" w:rsidRPr="00827CFF" w:rsidTr="00FA2752">
        <w:trPr>
          <w:trHeight w:hRule="exact" w:val="852"/>
        </w:trPr>
        <w:tc>
          <w:tcPr>
            <w:tcW w:w="6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10.1.</w:t>
            </w:r>
          </w:p>
        </w:tc>
        <w:tc>
          <w:tcPr>
            <w:tcW w:w="4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45" w:lineRule="auto"/>
              <w:ind w:left="50" w:right="5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Повторение основных понятий и методов курсов 5 и 6 классов обобщение, систематизация знаний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Единая коллекция цифровых образовательных ресурсов (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school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-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collection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edu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.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ru</w:t>
            </w: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)</w:t>
            </w:r>
          </w:p>
        </w:tc>
      </w:tr>
      <w:tr w:rsidR="001F6C50" w:rsidRPr="00FA2752" w:rsidTr="00046C29">
        <w:trPr>
          <w:trHeight w:hRule="exact" w:val="382"/>
        </w:trPr>
        <w:tc>
          <w:tcPr>
            <w:tcW w:w="4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Итого по разделу: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4" w:after="0" w:line="228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20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F6C50" w:rsidRPr="00FA2752" w:rsidTr="00046C29">
        <w:trPr>
          <w:trHeight w:hRule="exact" w:val="372"/>
        </w:trPr>
        <w:tc>
          <w:tcPr>
            <w:tcW w:w="473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  <w:lang w:val="ru-RU"/>
              </w:rPr>
              <w:t>ОБЩЕЕ КОЛИЧЕСТВО ЧАСОВ ПО ПРОГРАММЕ</w:t>
            </w:r>
          </w:p>
        </w:tc>
        <w:tc>
          <w:tcPr>
            <w:tcW w:w="5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170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50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11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7B1DC5">
            <w:pPr>
              <w:autoSpaceDE w:val="0"/>
              <w:autoSpaceDN w:val="0"/>
              <w:spacing w:before="52" w:after="0" w:line="233" w:lineRule="auto"/>
              <w:ind w:lef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FA2752">
              <w:rPr>
                <w:rFonts w:ascii="Times New Roman" w:eastAsia="Times New Roman" w:hAnsi="Times New Roman" w:cs="Times New Roman"/>
                <w:color w:val="000000"/>
                <w:w w:val="96"/>
                <w:sz w:val="18"/>
                <w:szCs w:val="18"/>
              </w:rPr>
              <w:t>5</w:t>
            </w:r>
          </w:p>
        </w:tc>
        <w:tc>
          <w:tcPr>
            <w:tcW w:w="80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left w:w="0" w:type="dxa"/>
              <w:right w:w="0" w:type="dxa"/>
            </w:tcMar>
          </w:tcPr>
          <w:p w:rsidR="001F6C50" w:rsidRPr="00FA2752" w:rsidRDefault="001F6C5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F6C50" w:rsidRPr="00FA2752" w:rsidRDefault="001F6C50">
      <w:pPr>
        <w:autoSpaceDE w:val="0"/>
        <w:autoSpaceDN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1F6C50" w:rsidRPr="00C903E6" w:rsidRDefault="001F6C50">
      <w:pPr>
        <w:rPr>
          <w:rFonts w:ascii="Times New Roman" w:hAnsi="Times New Roman" w:cs="Times New Roman"/>
        </w:rPr>
        <w:sectPr w:rsidR="001F6C50" w:rsidRPr="00C903E6" w:rsidSect="006A3D76">
          <w:pgSz w:w="16840" w:h="11900" w:orient="landscape"/>
          <w:pgMar w:top="1440" w:right="636" w:bottom="284" w:left="610" w:header="720" w:footer="720" w:gutter="0"/>
          <w:cols w:space="720" w:equalWidth="0">
            <w:col w:w="14764" w:space="0"/>
          </w:cols>
          <w:docGrid w:linePitch="360"/>
        </w:sectPr>
      </w:pPr>
    </w:p>
    <w:p w:rsidR="001F6C50" w:rsidRPr="00C903E6" w:rsidRDefault="001F6C50">
      <w:pPr>
        <w:autoSpaceDE w:val="0"/>
        <w:autoSpaceDN w:val="0"/>
        <w:spacing w:after="78" w:line="220" w:lineRule="exact"/>
        <w:rPr>
          <w:rFonts w:ascii="Times New Roman" w:hAnsi="Times New Roman" w:cs="Times New Roman"/>
        </w:rPr>
      </w:pPr>
    </w:p>
    <w:p w:rsidR="00A638A8" w:rsidRDefault="00A638A8" w:rsidP="00A638A8">
      <w:pPr>
        <w:autoSpaceDE w:val="0"/>
        <w:autoSpaceDN w:val="0"/>
        <w:spacing w:after="320" w:line="230" w:lineRule="auto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>V</w:t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b/>
          <w:color w:val="000000"/>
          <w:sz w:val="24"/>
        </w:rPr>
        <w:t>ПОУРОЧНОЕ ПЛАНИРОВАНИЕ</w:t>
      </w:r>
    </w:p>
    <w:p w:rsidR="001F6C50" w:rsidRDefault="007B1DC5" w:rsidP="00A638A8">
      <w:pPr>
        <w:autoSpaceDE w:val="0"/>
        <w:autoSpaceDN w:val="0"/>
        <w:spacing w:after="140" w:line="382" w:lineRule="auto"/>
        <w:ind w:right="6624"/>
        <w:jc w:val="center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/>
          <w:b/>
          <w:color w:val="000000"/>
          <w:sz w:val="24"/>
        </w:rPr>
        <w:t>5 КЛАСС</w:t>
      </w: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482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п/п</w:t>
            </w:r>
          </w:p>
        </w:tc>
        <w:tc>
          <w:tcPr>
            <w:tcW w:w="3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A604A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</w:pPr>
            <w:r w:rsidRPr="009A604A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Изучаемый</w:t>
            </w:r>
          </w:p>
          <w:p w:rsidR="00D66744" w:rsidRPr="009A604A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р</w:t>
            </w:r>
            <w:r w:rsidRPr="009A604A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аздел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</w:p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т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ема урока</w:t>
            </w:r>
          </w:p>
        </w:tc>
        <w:tc>
          <w:tcPr>
            <w:tcW w:w="39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Количество часов</w:t>
            </w:r>
          </w:p>
        </w:tc>
        <w:tc>
          <w:tcPr>
            <w:tcW w:w="12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53DA3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изучения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/Воспитательный потенциал</w:t>
            </w:r>
          </w:p>
        </w:tc>
        <w:tc>
          <w:tcPr>
            <w:tcW w:w="15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контроля</w:t>
            </w:r>
          </w:p>
        </w:tc>
      </w:tr>
      <w:tr w:rsidR="00D66744" w:rsidTr="007049BE">
        <w:trPr>
          <w:trHeight w:hRule="exact" w:val="1413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 xml:space="preserve">всего 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контрольные работы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практические работы</w:t>
            </w:r>
          </w:p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Десятичная система счисления.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07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Римская нумерация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C05960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9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Чтение и запись натуральных чисел. Запись числа в виде суммы разрядных слагаемых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Ряд натуральных чисел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Натуральный ряд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8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Число 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0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147" w:right="1008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Натуральные числа на 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координатной</w:t>
            </w:r>
            <w:proofErr w:type="gramEnd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прямой.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9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Координаты точки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9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Сравнение натуральных чисел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19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218"/>
              <w:jc w:val="both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Сравнение натуральных чисел. Решение задач с практическим содержанием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Округление натуральных чисел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76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Действие сложения.</w:t>
            </w:r>
          </w:p>
          <w:p w:rsidR="00D66744" w:rsidRPr="005C375F" w:rsidRDefault="00D66744" w:rsidP="007049BE">
            <w:pPr>
              <w:autoSpaceDE w:val="0"/>
              <w:autoSpaceDN w:val="0"/>
              <w:spacing w:before="68" w:after="0" w:line="230" w:lineRule="auto"/>
              <w:ind w:left="70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Компоненты действия.</w:t>
            </w:r>
          </w:p>
          <w:p w:rsidR="00D66744" w:rsidRDefault="00D66744" w:rsidP="007049BE">
            <w:pPr>
              <w:autoSpaceDE w:val="0"/>
              <w:autoSpaceDN w:val="0"/>
              <w:spacing w:before="68" w:after="0"/>
              <w:ind w:left="70" w:right="432"/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Нахождение неизвестного компонента.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Сложение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многозначных натуральных чисел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31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81" w:lineRule="auto"/>
              <w:ind w:left="70" w:right="72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Вычитание как действие, обратное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сложению.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Компоненты действия. 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Нахождение </w:t>
            </w:r>
            <w:r w:rsidRPr="00006F3E">
              <w:rPr>
                <w:lang w:val="ru-RU"/>
              </w:rPr>
              <w:br/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неизвестного компонента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0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100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Стартовая контрольная работа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100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8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Действие умножение.</w:t>
            </w:r>
          </w:p>
          <w:p w:rsidR="00D66744" w:rsidRPr="005C375F" w:rsidRDefault="00D66744" w:rsidP="007049BE">
            <w:pPr>
              <w:autoSpaceDE w:val="0"/>
              <w:autoSpaceDN w:val="0"/>
              <w:spacing w:before="68" w:after="0" w:line="271" w:lineRule="auto"/>
              <w:ind w:left="70" w:right="576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Компоненты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действия.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Нахождение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неизвестного компонента.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00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как действие, обратное умножению. Компоненты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действия. Нахождение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неизвестного компонента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Свойства нуля при сложении и умножении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9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62" w:lineRule="auto"/>
              <w:ind w:left="70" w:right="1008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Свойства единицы при умножении.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9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864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Переместительное и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сочетательное свойства сложения.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864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Переместительное и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сочетательное свойства умножения.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Распределительное свойство умножения. 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Делители и кратные числа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Разложение числа на простые множители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Деление с остатком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Деление с остатком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288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с остатком. Решение задач с практическим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содержанием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51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Контрольная работа по теме "Сложение и вычитание"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06F3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Простые и составные числа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29.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Разложение числа на простые множители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006F3E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006F3E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Разложение числа на простые множители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5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Признаки делимости на 2, 5, 10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Признаки делимости на 3, 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Признаки делимости на 2, 5, 10, 3, 9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1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86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Степень с натуральным показателем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Квадрат и куб числа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9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Числовые выражения. Чтение и составление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42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Порядок выполнения действий при вычислении значения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числового выражения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74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8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Преобразование числовых выражений при выполнении действий со скобками в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вычислениях числовых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выражений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0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39.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 арифметическим способом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8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задач. Использование при решении задач таблиц и схем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98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задач. Использование при решении задач таблиц и схем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243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задач на движение и покупки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5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Натуральные числа. Действия с натуральными числами/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Контрольная работа по теме "Решение текстовых задач"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Точка, прямая, отрезок, луч.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proofErr w:type="gramStart"/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Ломаная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Измерение длины отрезка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1008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Метрические единицы измерения длины.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55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Окружность и круг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C05960" w:rsidRDefault="00D66744" w:rsidP="007049BE">
            <w:pPr>
              <w:pStyle w:val="a9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49.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Окружность и круг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Практическая работа (на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клетчатой бумаге) “Построение узора из окружности”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1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Угол.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72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Прямой, острый, тупой и развёрнутый углы.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86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Транспортир. Алгоритм измерения углов.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Измерение углов.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9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147" w:right="115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Линии на плоскости/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Практическая работа</w:t>
            </w:r>
            <w:proofErr w:type="gramStart"/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«П</w:t>
            </w:r>
            <w:proofErr w:type="gramEnd"/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остроение углов»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Дробь как способ записи части величины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Обыкновенные дроби.</w:t>
            </w:r>
          </w:p>
          <w:p w:rsidR="00D66744" w:rsidRPr="005C375F" w:rsidRDefault="00D66744" w:rsidP="007049BE">
            <w:pPr>
              <w:autoSpaceDE w:val="0"/>
              <w:autoSpaceDN w:val="0"/>
              <w:spacing w:before="70" w:after="0" w:line="262" w:lineRule="auto"/>
              <w:ind w:left="70" w:right="576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Практические задачи,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содержащие доли и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9E653C">
        <w:trPr>
          <w:trHeight w:hRule="exact" w:val="15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Обыкновенные дроби.</w:t>
            </w:r>
          </w:p>
          <w:p w:rsidR="00D66744" w:rsidRPr="005C375F" w:rsidRDefault="00D66744" w:rsidP="007049BE">
            <w:pPr>
              <w:autoSpaceDE w:val="0"/>
              <w:autoSpaceDN w:val="0"/>
              <w:spacing w:before="70" w:after="0" w:line="271" w:lineRule="auto"/>
              <w:ind w:left="70" w:right="432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Изображение обыкновенных дробей точками на </w:t>
            </w:r>
            <w:r w:rsidRPr="005C375F">
              <w:rPr>
                <w:lang w:val="ru-RU"/>
              </w:rPr>
              <w:br/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координатной</w:t>
            </w:r>
            <w:proofErr w:type="gramEnd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прямой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59.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/Правильные и неправильные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9E653C">
            <w:pPr>
              <w:autoSpaceDE w:val="0"/>
              <w:autoSpaceDN w:val="0"/>
              <w:spacing w:after="0" w:line="240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/Правильные и неправильные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9E653C">
            <w:pPr>
              <w:autoSpaceDE w:val="0"/>
              <w:autoSpaceDN w:val="0"/>
              <w:spacing w:after="0" w:line="240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/Правильные и неправильные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9E653C">
            <w:pPr>
              <w:autoSpaceDE w:val="0"/>
              <w:autoSpaceDN w:val="0"/>
              <w:spacing w:after="0" w:line="240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79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/Основное свойство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364CE7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9E653C">
            <w:pPr>
              <w:autoSpaceDE w:val="0"/>
              <w:autoSpaceDN w:val="0"/>
              <w:spacing w:before="96" w:after="0" w:line="240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/Основное свойство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9E653C">
            <w:pPr>
              <w:autoSpaceDE w:val="0"/>
              <w:autoSpaceDN w:val="0"/>
              <w:spacing w:before="96" w:after="0" w:line="240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8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Приведение дроби к новому знаменателю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9E653C">
            <w:pPr>
              <w:autoSpaceDE w:val="0"/>
              <w:autoSpaceDN w:val="0"/>
              <w:spacing w:after="0" w:line="240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Приведение дроби к новому знаменателю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Сравнение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Сравнение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7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Сравнение дробей. Решение задач с практическим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содержанием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69.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Контрольная работа по теме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«Обыкновенные дроби».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/Сложение  обыкновенных дробей.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/Сложение  обыкновенных дробей.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/Вычитание обыкновенных дробей.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/Вычитание обыкновенных дробей.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147" w:right="86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147" w:right="86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Сложение и вычитание 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Обыкновенные </w:t>
            </w:r>
            <w:proofErr w:type="gramStart"/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дроби</w:t>
            </w:r>
            <w:proofErr w:type="gramEnd"/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Смешанные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Обыкновенные </w:t>
            </w:r>
            <w:proofErr w:type="gramStart"/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дроби</w:t>
            </w:r>
            <w:proofErr w:type="gramEnd"/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Смешанные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Перевод неправильной дроби в 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смешанную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79.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Перевод неправильной дроби в 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смешанную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Перевод неправильной дроби в 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смешанную</w:t>
            </w:r>
            <w:proofErr w:type="gramEnd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 обратно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Перевод неправильной дроби в 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смешанную</w:t>
            </w:r>
            <w:proofErr w:type="gramEnd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и обратно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Умножение обыкновенной дроби на натуральное число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58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/Умножение 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62" w:lineRule="auto"/>
              <w:ind w:left="70" w:right="576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/Умножение 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9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70" w:right="288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Умножение обыкновенных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дробей. Числовые выражения, содержащие умножение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/Взаимно обратные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Деление обыкновенной дроби на натуральное число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/Деление 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89.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B69B8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/Деление 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9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обыкновенных дробей. Числовые выражения,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содержащие деление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обыкновенных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049BE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7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текстовых задач на умножение, содержащих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обыкновенные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9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текстовых задач на деление, содержащих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обыкновенные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9E653C">
        <w:trPr>
          <w:trHeight w:hRule="exact" w:val="178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задач, содержащих обыкновенные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364CE7" w:rsidRDefault="00D66744" w:rsidP="007049BE">
            <w:pPr>
              <w:pStyle w:val="a9"/>
              <w:rPr>
                <w:lang w:val="ru-RU" w:eastAsia="ru-RU"/>
              </w:rPr>
            </w:pPr>
            <w:r w:rsidRPr="00364CE7">
              <w:rPr>
                <w:lang w:val="ru-RU" w:eastAsia="ru-RU"/>
              </w:rPr>
              <w:t>.</w:t>
            </w:r>
          </w:p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задач, содержащих обыкновенные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 на нахождение части целого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432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 на нахождение части целого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7B69B8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7B69B8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текстовых задач на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нахождение целого по его части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текстовых задач на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нахождение целого по его части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99.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/Основные задачи на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52" w:right="288" w:hanging="5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дроби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52" w:right="288" w:hanging="5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52" w:right="288" w:hanging="5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9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5" w:right="432" w:firstLine="8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Обыкновенные дроби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Контрольная работа по теме "Умножение и деление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обыкновенных дробей».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145"/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Наглядная геометрия. Многоугольники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Многоугольники.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145"/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Наглядная геометрия. Многоугольники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Многоугольники.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84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5" w:right="720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Многоугольники/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Четырёхугольник, </w:t>
            </w:r>
            <w:r w:rsidRPr="0019733C">
              <w:rPr>
                <w:lang w:val="ru-RU"/>
              </w:rPr>
              <w:br/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прямоугольник, квадрат.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2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145" w:right="144" w:firstLine="8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Многоугольники/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Практическая работа</w:t>
            </w:r>
            <w:r>
              <w:rPr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«Построение прямоугольника с заданными сторонами на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нелинованной бумаге».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Наглядная геометрия. Многоугольники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Треугольник.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109.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</w:rPr>
              <w:t>Наглядная геометрия. Многоугольники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Треугольник.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9E653C">
        <w:trPr>
          <w:trHeight w:hRule="exact" w:val="206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145" w:firstLine="8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Многоугольники/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Площадь и периметр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прямоугольника и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многоугольников, составленных из прямоугольников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Многоугольники/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Единицы измерения площади.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Многоугольники/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Периметр многоугольника.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7" w:right="432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Многоугольники/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Контрольная работа по теме</w:t>
            </w:r>
            <w:r>
              <w:rPr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«Многоугольники»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7" w:right="432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Десятичные дроби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Десятичная запись дробных чисел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7" w:right="432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Десятичная запись дробных чисел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7" w:right="432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Запись и чтение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RPr="00827CFF" w:rsidTr="007049BE">
        <w:trPr>
          <w:trHeight w:hRule="exact" w:val="212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7" w:right="432" w:firstLine="8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Изображение десятичных дробей точками на 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числовом</w:t>
            </w:r>
            <w:proofErr w:type="gramEnd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прямой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Устный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опрос;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Письменный контроль;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Практическая работа;</w:t>
            </w:r>
          </w:p>
        </w:tc>
      </w:tr>
      <w:tr w:rsidR="00D66744" w:rsidRPr="00827CFF" w:rsidTr="007049BE">
        <w:trPr>
          <w:trHeight w:hRule="exact" w:val="21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5" w:right="432" w:firstLine="8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Изображение десятичных дробей точками на 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числовом</w:t>
            </w:r>
            <w:proofErr w:type="gramEnd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прямой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83" w:lineRule="auto"/>
              <w:ind w:left="70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Устный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опрос;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Письменный контроль;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Практическая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119.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Сравнение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9E653C">
        <w:trPr>
          <w:trHeight w:hRule="exact" w:val="173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Сравнение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364CE7" w:rsidRDefault="00D66744" w:rsidP="00D66744">
            <w:pPr>
              <w:pStyle w:val="a9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52" w:right="288" w:hanging="5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прикладных задач с использованием сравнения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0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Сложение 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Вычитание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5" w:right="86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Сложение и вычитание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65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145" w:right="288" w:firstLine="8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Сложение и вычитание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десятичных дробей. Решение текстовых задач, содержащих десятичные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364CE7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9E653C" w:rsidP="007049BE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left="147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Умножение десятичной дроби </w:t>
            </w:r>
            <w:r w:rsidR="00D66744" w:rsidRPr="005C375F">
              <w:rPr>
                <w:lang w:val="ru-RU"/>
              </w:rPr>
              <w:tab/>
            </w:r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 10, 100, 1000 и т</w:t>
            </w:r>
            <w:proofErr w:type="gramStart"/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9E653C" w:rsidP="007049BE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left="147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Десятичные дроби/</w:t>
            </w:r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Умножение десятичной дроби </w:t>
            </w:r>
            <w:r w:rsidR="00D66744" w:rsidRPr="005C375F">
              <w:rPr>
                <w:lang w:val="ru-RU"/>
              </w:rPr>
              <w:tab/>
            </w:r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 10, 100, 1000 и т</w:t>
            </w:r>
            <w:proofErr w:type="gramStart"/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Умножение десятичной дроби на 0,1, 0,01, 0,001 и т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</w:p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</w:pPr>
          </w:p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288"/>
              <w:rPr>
                <w:lang w:val="ru-RU"/>
              </w:rPr>
            </w:pP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364CE7" w:rsidRDefault="00D66744" w:rsidP="00704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66744" w:rsidRPr="00364CE7" w:rsidRDefault="00D66744" w:rsidP="007049B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D66744" w:rsidRDefault="00D66744" w:rsidP="007049B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</w:p>
          <w:p w:rsidR="00D66744" w:rsidRPr="00364CE7" w:rsidRDefault="00D66744" w:rsidP="007049BE">
            <w:pPr>
              <w:shd w:val="clear" w:color="auto" w:fill="FFFFFF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</w:p>
          <w:p w:rsidR="00D66744" w:rsidRPr="00364CE7" w:rsidRDefault="00D66744" w:rsidP="007049BE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364CE7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Крыма с Россией.</w:t>
            </w:r>
          </w:p>
          <w:p w:rsidR="00D66744" w:rsidRPr="00364CE7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</w:pPr>
          </w:p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</w:pPr>
          </w:p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129.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9E653C" w:rsidP="007049BE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left="147" w:right="288"/>
              <w:rPr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Десятичные дроби/</w:t>
            </w:r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Умножение десятичной дроби </w:t>
            </w:r>
            <w:r w:rsidR="00D66744" w:rsidRPr="005C375F">
              <w:rPr>
                <w:lang w:val="ru-RU"/>
              </w:rPr>
              <w:tab/>
            </w:r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 0,1, 0,01, 0,001 и т</w:t>
            </w:r>
            <w:proofErr w:type="gramStart"/>
            <w:r w:rsidR="00D66744"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9E653C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Умножение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364CE7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rFonts w:ascii="Times New Roman" w:hAnsi="Times New Roman" w:cs="Times New Roman"/>
              </w:rPr>
            </w:pPr>
            <w:r w:rsidRPr="00364CE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Умножение десятичных дробей.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десятичных дробей на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натуральное число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десятичных дробей на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натуральное число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десятичной дробей на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10, 100, 1000 и т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десятичной дробей на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10, 100, 1000 и т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десятичной дробей на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0,1, 0,01, 0,001 и т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Деление десятичной дробей на 0,1, 0,01, 0,001 и т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.д</w:t>
            </w:r>
            <w:proofErr w:type="gramEnd"/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9E653C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Деление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139.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9E653C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Деление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288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Деление десятичных дробей.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Округление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5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9733C" w:rsidRDefault="00D66744" w:rsidP="007049BE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19733C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Округление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autoSpaceDE w:val="0"/>
              <w:autoSpaceDN w:val="0"/>
              <w:spacing w:before="96" w:after="0" w:line="262" w:lineRule="auto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практических задач на округление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144. 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right="144"/>
              <w:rPr>
                <w:lang w:val="ru-RU"/>
              </w:rPr>
            </w:pPr>
            <w:r w:rsidRPr="0019733C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прикладных задач на округление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290592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9E653C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right="576"/>
              <w:rPr>
                <w:lang w:val="ru-RU"/>
              </w:rPr>
            </w:pPr>
            <w:r w:rsidRPr="00290592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Решение текстовых задач, содержащих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5" w:firstLine="8"/>
              <w:rPr>
                <w:lang w:val="ru-RU"/>
              </w:rPr>
            </w:pPr>
            <w:r w:rsidRPr="00290592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практических и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прикладных задач, содержащих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145" w:right="144" w:firstLine="8"/>
              <w:rPr>
                <w:lang w:val="ru-RU"/>
              </w:rPr>
            </w:pPr>
            <w:r w:rsidRPr="00290592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текстовых задач,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содержащих зависимость,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связывающие величины: цена, количество, стоимость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149.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left="147" w:right="144"/>
              <w:rPr>
                <w:lang w:val="ru-RU"/>
              </w:rPr>
            </w:pPr>
            <w:r w:rsidRPr="00290592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задач перебором всех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возможных вариантов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left="147" w:right="144"/>
              <w:rPr>
                <w:lang w:val="ru-RU"/>
              </w:rPr>
            </w:pPr>
            <w:r w:rsidRPr="00290592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задач перебором всех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возможных вариантов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03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7" w:right="432"/>
              <w:rPr>
                <w:lang w:val="ru-RU"/>
              </w:rPr>
            </w:pPr>
            <w:r w:rsidRPr="00290592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Десятичные дроби/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F70A87" w:rsidRDefault="00D66744" w:rsidP="007049BE">
            <w:pPr>
              <w:autoSpaceDE w:val="0"/>
              <w:autoSpaceDN w:val="0"/>
              <w:spacing w:before="96" w:after="0" w:line="230" w:lineRule="auto"/>
              <w:ind w:left="145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Наглядная геометрия. Тела и фигуры в пространстве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 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Многогранники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9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F70A87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Изображение многогранников.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F70A87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Модели пространственных тел.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9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F70A87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5" w:right="1584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Прямоугольный параллелепипед.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F70A87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Куб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88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F70A87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5" w:right="1440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Развёртки куба и параллелепипеда.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15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152"/>
              </w:tabs>
              <w:autoSpaceDE w:val="0"/>
              <w:autoSpaceDN w:val="0"/>
              <w:spacing w:before="96" w:after="0" w:line="262" w:lineRule="auto"/>
              <w:ind w:left="147" w:right="144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Объём куба и прямоугольного </w:t>
            </w:r>
            <w:r w:rsidRPr="005C375F">
              <w:rPr>
                <w:lang w:val="ru-RU"/>
              </w:rPr>
              <w:tab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параллелепипеда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22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159.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/>
              <w:ind w:left="152" w:right="288" w:hanging="7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Практическая работа по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теме</w:t>
            </w:r>
            <w:proofErr w:type="gramStart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“П</w:t>
            </w:r>
            <w:proofErr w:type="gramEnd"/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лощадь поверхности куба и прямоугольного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параллелепипеда”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Практическая работа;</w:t>
            </w:r>
          </w:p>
        </w:tc>
      </w:tr>
      <w:tr w:rsidR="00D66744" w:rsidTr="007049BE">
        <w:trPr>
          <w:trHeight w:hRule="exact" w:val="19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6" w:after="0" w:line="262" w:lineRule="auto"/>
              <w:ind w:left="145" w:right="432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 xml:space="preserve">Наглядная геометрия. Тела и фигуры в пространстве/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Контрольная работа по теме "Многограники"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Контрольная работа;</w:t>
            </w:r>
          </w:p>
        </w:tc>
      </w:tr>
      <w:tr w:rsidR="00D66744" w:rsidTr="007049BE">
        <w:trPr>
          <w:trHeight w:hRule="exact" w:val="14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161.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5" w:right="718" w:firstLine="8"/>
              <w:jc w:val="both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 и обобщение. Действия с натуральными числами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203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162.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 и обобщение.</w:t>
            </w:r>
          </w:p>
          <w:p w:rsidR="00D66744" w:rsidRPr="005C375F" w:rsidRDefault="00D66744" w:rsidP="007049BE">
            <w:pPr>
              <w:autoSpaceDE w:val="0"/>
              <w:autoSpaceDN w:val="0"/>
              <w:spacing w:before="68" w:after="0" w:line="271" w:lineRule="auto"/>
              <w:ind w:left="147" w:right="144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Числовые и буквенные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выражения, порядок действий, использование скобок.</w:t>
            </w:r>
          </w:p>
          <w:p w:rsidR="00D66744" w:rsidRDefault="00D66744" w:rsidP="007049BE">
            <w:pPr>
              <w:autoSpaceDE w:val="0"/>
              <w:autoSpaceDN w:val="0"/>
              <w:spacing w:before="70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Упрощение выражений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52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163.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7" w:firstLine="8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 обобщение.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Округление натуральных чисел,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46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164.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tabs>
                <w:tab w:val="left" w:pos="562"/>
              </w:tabs>
              <w:autoSpaceDE w:val="0"/>
              <w:autoSpaceDN w:val="0"/>
              <w:spacing w:before="98" w:after="0" w:line="262" w:lineRule="auto"/>
              <w:ind w:left="145" w:right="720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</w:t>
            </w:r>
            <w:r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/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 и обобщение. Обыкновенные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8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83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165.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 </w:t>
            </w: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 и обобщение.</w:t>
            </w:r>
          </w:p>
          <w:p w:rsidR="00D66744" w:rsidRDefault="00D66744" w:rsidP="007049BE">
            <w:pPr>
              <w:autoSpaceDE w:val="0"/>
              <w:autoSpaceDN w:val="0"/>
              <w:spacing w:before="70" w:after="0" w:line="271" w:lineRule="auto"/>
              <w:ind w:left="145" w:right="288"/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Решение текстовых задач,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содержащих дроби.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Основные задачи на дроби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4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166.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4" w:after="0" w:line="271" w:lineRule="auto"/>
              <w:ind w:left="145" w:right="432" w:firstLine="8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 и обобщение. Решение текстовых задач на движение, покупки, работу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4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4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4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4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4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tbl>
      <w:tblPr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562"/>
        <w:gridCol w:w="3414"/>
        <w:gridCol w:w="716"/>
        <w:gridCol w:w="1582"/>
        <w:gridCol w:w="1630"/>
        <w:gridCol w:w="1208"/>
        <w:gridCol w:w="1538"/>
      </w:tblGrid>
      <w:tr w:rsidR="00D66744" w:rsidTr="007049BE">
        <w:trPr>
          <w:trHeight w:hRule="exact" w:val="154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167.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5" w:right="720" w:firstLine="8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Повторение и обобщение. Сложение и вычитание 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Tr="007049BE">
        <w:trPr>
          <w:trHeight w:hRule="exact" w:val="169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168.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5" w:right="720" w:firstLine="8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 обобщение. Умножение и деление </w:t>
            </w:r>
            <w:r w:rsidRPr="005C375F">
              <w:rPr>
                <w:lang w:val="ru-RU"/>
              </w:rPr>
              <w:br/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десятичных дробей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/>
              <w:ind w:left="70" w:right="144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Письменный контроль;</w:t>
            </w:r>
          </w:p>
        </w:tc>
      </w:tr>
      <w:tr w:rsidR="00D66744" w:rsidRPr="00D66744" w:rsidTr="007049BE">
        <w:trPr>
          <w:trHeight w:hRule="exact" w:val="99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169.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F70A87" w:rsidRDefault="00D66744" w:rsidP="007049BE">
            <w:pPr>
              <w:autoSpaceDE w:val="0"/>
              <w:autoSpaceDN w:val="0"/>
              <w:spacing w:before="96" w:after="0" w:line="230" w:lineRule="auto"/>
              <w:ind w:left="147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обобщение/</w:t>
            </w:r>
            <w:r w:rsidRPr="00F70A87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Итоговая контрольная работа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</w:pP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1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D66744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Контрольная работа;</w:t>
            </w:r>
          </w:p>
        </w:tc>
      </w:tr>
      <w:tr w:rsidR="00D66744" w:rsidRPr="00D66744" w:rsidTr="007049BE">
        <w:trPr>
          <w:trHeight w:hRule="exact" w:val="174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7049BE">
            <w:pPr>
              <w:autoSpaceDE w:val="0"/>
              <w:autoSpaceDN w:val="0"/>
              <w:spacing w:before="96" w:after="0" w:line="230" w:lineRule="auto"/>
              <w:jc w:val="center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170.</w:t>
            </w:r>
          </w:p>
        </w:tc>
        <w:tc>
          <w:tcPr>
            <w:tcW w:w="3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71" w:lineRule="auto"/>
              <w:ind w:left="145" w:right="432" w:firstLine="8"/>
              <w:rPr>
                <w:lang w:val="ru-RU"/>
              </w:rPr>
            </w:pPr>
            <w:r w:rsidRPr="00F70A87">
              <w:rPr>
                <w:rFonts w:ascii="Times New Roman" w:eastAsia="Times New Roman" w:hAnsi="Times New Roman"/>
                <w:b/>
                <w:color w:val="000000"/>
                <w:w w:val="101"/>
                <w:sz w:val="23"/>
                <w:lang w:val="ru-RU"/>
              </w:rPr>
              <w:t>Повторение и обобщение/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Повторение и обобщение. Решение текстовых задач </w:t>
            </w:r>
            <w:r>
              <w:rPr>
                <w:rFonts w:ascii="Times New Roman" w:eastAsia="Times New Roman" w:hAnsi="Times New Roman"/>
                <w:color w:val="000000"/>
                <w:w w:val="101"/>
                <w:sz w:val="23"/>
              </w:rPr>
              <w:t>c</w:t>
            </w: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практическим содержанием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1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E653C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D66744">
            <w:pPr>
              <w:autoSpaceDE w:val="0"/>
              <w:autoSpaceDN w:val="0"/>
              <w:spacing w:before="96" w:after="0" w:line="230" w:lineRule="auto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 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7049BE">
            <w:pPr>
              <w:autoSpaceDE w:val="0"/>
              <w:autoSpaceDN w:val="0"/>
              <w:spacing w:before="96" w:after="0"/>
              <w:ind w:left="70" w:right="144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Устный </w:t>
            </w:r>
            <w:r w:rsidRPr="00D66744">
              <w:rPr>
                <w:lang w:val="ru-RU"/>
              </w:rPr>
              <w:br/>
            </w: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 xml:space="preserve">опрос; </w:t>
            </w:r>
            <w:r w:rsidRPr="00D66744">
              <w:rPr>
                <w:lang w:val="ru-RU"/>
              </w:rPr>
              <w:br/>
            </w: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Письменный контроль;</w:t>
            </w:r>
          </w:p>
        </w:tc>
      </w:tr>
      <w:tr w:rsidR="00D66744" w:rsidRPr="00D66744" w:rsidTr="007049BE">
        <w:trPr>
          <w:trHeight w:hRule="exact" w:val="788"/>
        </w:trPr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5C375F" w:rsidRDefault="00D66744" w:rsidP="007049BE">
            <w:pPr>
              <w:autoSpaceDE w:val="0"/>
              <w:autoSpaceDN w:val="0"/>
              <w:spacing w:before="96" w:after="0" w:line="262" w:lineRule="auto"/>
              <w:ind w:left="70" w:right="144"/>
              <w:rPr>
                <w:lang w:val="ru-RU"/>
              </w:rPr>
            </w:pPr>
            <w:r w:rsidRPr="005C375F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ОБЩЕЕ КОЛИЧЕСТВО ЧАСОВ ПО ПРОГРАММЕ</w:t>
            </w:r>
          </w:p>
        </w:tc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9E653C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9E653C">
              <w:rPr>
                <w:rFonts w:ascii="Times New Roman" w:eastAsia="Times New Roman" w:hAnsi="Times New Roman"/>
                <w:color w:val="000000" w:themeColor="text1"/>
                <w:w w:val="101"/>
                <w:sz w:val="23"/>
                <w:lang w:val="ru-RU"/>
              </w:rPr>
              <w:t>170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9</w:t>
            </w:r>
          </w:p>
        </w:tc>
        <w:tc>
          <w:tcPr>
            <w:tcW w:w="43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66744" w:rsidRDefault="00D66744" w:rsidP="007049BE">
            <w:pPr>
              <w:autoSpaceDE w:val="0"/>
              <w:autoSpaceDN w:val="0"/>
              <w:spacing w:before="96" w:after="0" w:line="230" w:lineRule="auto"/>
              <w:ind w:left="70"/>
              <w:rPr>
                <w:lang w:val="ru-RU"/>
              </w:rPr>
            </w:pPr>
            <w:r w:rsidRPr="00D66744">
              <w:rPr>
                <w:rFonts w:ascii="Times New Roman" w:eastAsia="Times New Roman" w:hAnsi="Times New Roman"/>
                <w:color w:val="000000"/>
                <w:w w:val="101"/>
                <w:sz w:val="23"/>
                <w:lang w:val="ru-RU"/>
              </w:rPr>
              <w:t>8</w:t>
            </w:r>
          </w:p>
        </w:tc>
      </w:tr>
    </w:tbl>
    <w:p w:rsidR="00D66744" w:rsidRPr="00D66744" w:rsidRDefault="00D66744" w:rsidP="00A638A8">
      <w:pPr>
        <w:autoSpaceDE w:val="0"/>
        <w:autoSpaceDN w:val="0"/>
        <w:spacing w:after="140" w:line="382" w:lineRule="auto"/>
        <w:ind w:right="6624"/>
        <w:jc w:val="center"/>
        <w:rPr>
          <w:lang w:val="ru-RU"/>
        </w:rPr>
      </w:pPr>
    </w:p>
    <w:p w:rsidR="00D66744" w:rsidRDefault="007B1DC5" w:rsidP="00D66744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6 КЛАСС</w:t>
      </w:r>
      <w:r w:rsidR="00D66744" w:rsidRPr="00D66744"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492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\воспитательный потенциал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Виды, формы контроля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744" w:rsidRDefault="00D66744" w:rsidP="007049BE"/>
        </w:tc>
      </w:tr>
      <w:tr w:rsidR="00D66744" w:rsidTr="0098710C">
        <w:trPr>
          <w:trHeight w:hRule="exact" w:val="14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98710C" w:rsidP="007049BE">
            <w:pPr>
              <w:autoSpaceDE w:val="0"/>
              <w:autoSpaceDN w:val="0"/>
              <w:spacing w:after="0" w:line="240" w:lineRule="auto"/>
              <w:ind w:left="72" w:right="576"/>
              <w:rPr>
                <w:lang w:val="ru-RU"/>
              </w:rPr>
            </w:pPr>
            <w:r w:rsidRPr="0098710C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Натуральные числа</w:t>
            </w:r>
            <w:proofErr w:type="gramStart"/>
            <w:r w:rsidRPr="0098710C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.Д</w:t>
            </w:r>
            <w:proofErr w:type="gramEnd"/>
            <w:r w:rsidRPr="0098710C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ействият с натуральными числами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вычитание многозначных </w:t>
            </w:r>
            <w:r w:rsidR="00D66744" w:rsidRPr="00891711">
              <w:rPr>
                <w:lang w:val="ru-RU"/>
              </w:rPr>
              <w:br/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100" w:after="0" w:line="240" w:lineRule="auto"/>
              <w:ind w:left="72"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и деление многозначных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22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при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вычислениях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переместительного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сочетательного свой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ожения и умножения, распределительного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свойства умножения.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05681E">
            <w:pPr>
              <w:autoSpaceDE w:val="0"/>
              <w:autoSpaceDN w:val="0"/>
              <w:spacing w:after="0" w:line="24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числового  выражения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2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05681E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числовых выражениях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41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05681E" w:rsidP="0005681E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17609F">
              <w:rPr>
                <w:rFonts w:ascii="Times New Roman" w:eastAsia="Times New Roman" w:hAnsi="Times New Roman"/>
                <w:color w:val="000000" w:themeColor="text1"/>
                <w:sz w:val="24"/>
                <w:lang w:val="ru-RU"/>
              </w:rPr>
              <w:t>Нахождение значения числовых выражений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2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Порядок действий в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числовых выражениях со скобками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704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Округление натуральных чисел.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71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Округление натуральных чисел. Оценка и прикидка, округление результата.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25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Округление натуральных чисел. Решение задач с практическим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содержанием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8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№1"Натуральные числа"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98" w:right="650" w:bottom="59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13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05681E">
            <w:pPr>
              <w:autoSpaceDE w:val="0"/>
              <w:autoSpaceDN w:val="0"/>
              <w:spacing w:after="0" w:line="240" w:lineRule="auto"/>
              <w:ind w:left="72"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Разложение  числа на простые множители.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05681E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Разложение составного числа на простые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множители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05681E">
            <w:pPr>
              <w:autoSpaceDE w:val="0"/>
              <w:autoSpaceDN w:val="0"/>
              <w:spacing w:after="0" w:line="24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Делители и кратные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70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05681E">
            <w:pPr>
              <w:autoSpaceDE w:val="0"/>
              <w:autoSpaceDN w:val="0"/>
              <w:spacing w:after="0" w:line="24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Наибольший общий делитель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30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 наибольшего общего  делителя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3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05681E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наибольшего общего делителя при решении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Наименьшее общее кратное.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Нахождение наименьшего общего кратного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2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05681E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наименьшего общего кратного при решении задач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29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71" w:lineRule="auto"/>
              <w:ind w:left="72" w:right="288"/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№2«Свойства и признаки делимости.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НОД, НОК"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7049BE">
        <w:trPr>
          <w:trHeight w:hRule="exact" w:val="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Делимость суммы и произведения.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0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05681E" w:rsidRDefault="0005681E" w:rsidP="0005681E">
            <w:pPr>
              <w:autoSpaceDE w:val="0"/>
              <w:autoSpaceDN w:val="0"/>
              <w:spacing w:after="0" w:line="240" w:lineRule="auto"/>
              <w:ind w:left="72"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Свойства д</w:t>
            </w:r>
            <w:r w:rsidRPr="000568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елимост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</w:t>
            </w:r>
            <w:r w:rsidR="00D66744" w:rsidRPr="0005681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суммы и произведения.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Деление с остатком.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156" w:hanging="15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8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545FA" w:rsidRDefault="007545FA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делимого и делителя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9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45FA" w:rsidRPr="007545FA" w:rsidRDefault="007545FA" w:rsidP="007545F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задач,</w:t>
            </w:r>
          </w:p>
          <w:p w:rsidR="007545FA" w:rsidRPr="007545FA" w:rsidRDefault="007545FA" w:rsidP="007545F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75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содержащих</w:t>
            </w:r>
            <w:proofErr w:type="gramEnd"/>
            <w:r w:rsidRPr="0075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деление с </w:t>
            </w:r>
          </w:p>
          <w:p w:rsidR="00D66744" w:rsidRPr="00212E13" w:rsidRDefault="007545FA" w:rsidP="007545FA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212E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остатком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задач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 свойства делимости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1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604"/>
              <w:jc w:val="both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задач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признаков делимости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53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работа№3 " Действия с натуральными числами"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127437">
        <w:trPr>
          <w:trHeight w:hRule="exact" w:val="17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7437" w:rsidRDefault="0098710C" w:rsidP="00127437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Наглядная геометрия</w:t>
            </w:r>
            <w:proofErr w:type="gramStart"/>
            <w:r w:rsid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.П</w:t>
            </w:r>
            <w:proofErr w:type="gramEnd"/>
            <w:r w:rsid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рямые на </w:t>
            </w:r>
            <w:r w:rsidR="00127437"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плоскости/</w:t>
            </w:r>
          </w:p>
          <w:p w:rsidR="00D66744" w:rsidRPr="00127437" w:rsidRDefault="00D66744" w:rsidP="00127437">
            <w:pPr>
              <w:autoSpaceDE w:val="0"/>
              <w:autoSpaceDN w:val="0"/>
              <w:spacing w:after="0" w:line="262" w:lineRule="auto"/>
              <w:ind w:left="72" w:right="720"/>
              <w:rPr>
                <w:lang w:val="ru-RU"/>
              </w:rPr>
            </w:pPr>
            <w:r w:rsidRPr="001274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Перпендикулярные прямые.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545FA">
        <w:trPr>
          <w:trHeight w:hRule="exact" w:val="14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45FA" w:rsidRPr="007545FA" w:rsidRDefault="007545FA" w:rsidP="007545FA">
            <w:pPr>
              <w:autoSpaceDE w:val="0"/>
              <w:autoSpaceDN w:val="0"/>
              <w:spacing w:after="0" w:line="240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Построение </w:t>
            </w:r>
          </w:p>
          <w:p w:rsidR="007545FA" w:rsidRPr="007545FA" w:rsidRDefault="007545FA" w:rsidP="007545FA">
            <w:pPr>
              <w:autoSpaceDE w:val="0"/>
              <w:autoSpaceDN w:val="0"/>
              <w:spacing w:after="0" w:line="240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перпендикулярных прямых</w:t>
            </w:r>
          </w:p>
          <w:p w:rsidR="007545FA" w:rsidRPr="007545FA" w:rsidRDefault="007545FA" w:rsidP="007545FA">
            <w:pPr>
              <w:autoSpaceDE w:val="0"/>
              <w:autoSpaceDN w:val="0"/>
              <w:spacing w:after="0" w:line="240" w:lineRule="auto"/>
              <w:ind w:right="7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нелинованной и </w:t>
            </w:r>
          </w:p>
          <w:p w:rsidR="00D66744" w:rsidRPr="007545FA" w:rsidRDefault="007545FA" w:rsidP="007545FA">
            <w:pPr>
              <w:autoSpaceDE w:val="0"/>
              <w:autoSpaceDN w:val="0"/>
              <w:spacing w:after="0" w:line="240" w:lineRule="auto"/>
              <w:ind w:right="720"/>
              <w:rPr>
                <w:lang w:val="ru-RU"/>
              </w:rPr>
            </w:pPr>
            <w:r w:rsidRPr="007545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клетчатой бумаге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Параллельные прямые.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545FA">
        <w:trPr>
          <w:trHeight w:hRule="exact" w:val="9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45FA" w:rsidRPr="003461ED" w:rsidRDefault="007545FA" w:rsidP="007545F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Построение </w:t>
            </w:r>
            <w:proofErr w:type="gramStart"/>
            <w:r w:rsidRPr="00346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параллельных</w:t>
            </w:r>
            <w:proofErr w:type="gramEnd"/>
          </w:p>
          <w:p w:rsidR="007545FA" w:rsidRPr="003461ED" w:rsidRDefault="007545FA" w:rsidP="007545FA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461E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прямых на нелинованной и</w:t>
            </w:r>
          </w:p>
          <w:p w:rsidR="00D66744" w:rsidRDefault="007545FA" w:rsidP="007545FA">
            <w:pPr>
              <w:autoSpaceDE w:val="0"/>
              <w:autoSpaceDN w:val="0"/>
              <w:spacing w:after="0" w:line="240" w:lineRule="auto"/>
              <w:ind w:left="72"/>
            </w:pPr>
            <w:r w:rsidRPr="003461ED">
              <w:rPr>
                <w:rFonts w:ascii="Times New Roman" w:hAnsi="Times New Roman" w:cs="Times New Roman"/>
                <w:sz w:val="24"/>
                <w:szCs w:val="24"/>
              </w:rPr>
              <w:t>клетчатой бумаге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6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81" w:lineRule="auto"/>
              <w:ind w:left="72" w:right="144"/>
              <w:rPr>
                <w:lang w:val="ru-RU"/>
              </w:rPr>
            </w:pP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прямой; длина маршрута на квадратной сетке.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4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прямой; длина маршрута на квадратной сетке.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6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Примеры прямых в  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127437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 w:rsidRPr="0049328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Дроби/</w:t>
            </w:r>
            <w:r w:rsidR="00D66744">
              <w:rPr>
                <w:rFonts w:ascii="Times New Roman" w:eastAsia="Times New Roman" w:hAnsi="Times New Roman"/>
                <w:color w:val="000000"/>
                <w:sz w:val="24"/>
              </w:rPr>
              <w:t xml:space="preserve">Доли и дроби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D66744" w:rsidTr="007049BE">
        <w:trPr>
          <w:trHeight w:hRule="exact"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дроби.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6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178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Равенство дробей.</w:t>
            </w:r>
          </w:p>
          <w:p w:rsidR="00D66744" w:rsidRPr="00891711" w:rsidRDefault="00D66744" w:rsidP="007049BE">
            <w:pPr>
              <w:autoSpaceDE w:val="0"/>
              <w:autoSpaceDN w:val="0"/>
              <w:spacing w:before="70" w:after="0" w:line="23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Основное свойство дроби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Сокращение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6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720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задач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использованием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основного свойства дроби.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D9676B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452FFA">
        <w:trPr>
          <w:trHeight w:hRule="exact" w:val="11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2FFA" w:rsidRPr="00452FFA" w:rsidRDefault="00452FFA" w:rsidP="00452FFA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452FFA">
              <w:rPr>
                <w:rFonts w:ascii="Times New Roman" w:hAnsi="Times New Roman" w:cs="Times New Roman"/>
                <w:lang w:val="ru-RU"/>
              </w:rPr>
              <w:t xml:space="preserve">Решение задач </w:t>
            </w:r>
            <w:proofErr w:type="gramStart"/>
            <w:r w:rsidRPr="00452FFA">
              <w:rPr>
                <w:rFonts w:ascii="Times New Roman" w:hAnsi="Times New Roman" w:cs="Times New Roman"/>
                <w:lang w:val="ru-RU"/>
              </w:rPr>
              <w:t>на</w:t>
            </w:r>
            <w:proofErr w:type="gramEnd"/>
            <w:r w:rsidRPr="00452FFA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52FFA" w:rsidRPr="00452FFA" w:rsidRDefault="00452FFA" w:rsidP="00452FFA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hAnsi="Times New Roman" w:cs="Times New Roman"/>
                <w:lang w:val="ru-RU"/>
              </w:rPr>
            </w:pPr>
            <w:r w:rsidRPr="00452FFA">
              <w:rPr>
                <w:rFonts w:ascii="Times New Roman" w:hAnsi="Times New Roman" w:cs="Times New Roman"/>
                <w:lang w:val="ru-RU"/>
              </w:rPr>
              <w:t>нахождение части от целого</w:t>
            </w:r>
          </w:p>
          <w:p w:rsidR="00D66744" w:rsidRPr="00891711" w:rsidRDefault="00452FFA" w:rsidP="00452FFA">
            <w:pPr>
              <w:autoSpaceDE w:val="0"/>
              <w:autoSpaceDN w:val="0"/>
              <w:spacing w:after="0" w:line="240" w:lineRule="auto"/>
              <w:ind w:left="72" w:right="720"/>
              <w:rPr>
                <w:lang w:val="ru-RU"/>
              </w:rPr>
            </w:pPr>
            <w:r w:rsidRPr="00452FFA">
              <w:rPr>
                <w:rFonts w:ascii="Times New Roman" w:hAnsi="Times New Roman" w:cs="Times New Roman"/>
                <w:lang w:val="ru-RU"/>
              </w:rPr>
              <w:t>и целого по его части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720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дробей с одинаковыми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знаменателями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0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62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дробей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разными  знаменателями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задач на сравнение дробей.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7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Представление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обыкновенных дробей в виде десятичных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десятичные дроби в виде обыкновенных дробей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Десятичные дроби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метрическая система мер.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166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100" w:after="0" w:line="262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обыкновенных и десятичных дробей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720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десятичных дробей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1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720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Умножение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десятичных дробей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Деление  обыкновенных и десятичных дробей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39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12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действия 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обыкновенными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десятичными дробями.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Числовые выражения с обыкновенными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десятичными дробями.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робота №4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 с  дробями»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Отношение.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9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Деление числа в заданном отношении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2FFA" w:rsidRPr="00452FFA" w:rsidRDefault="00452FFA" w:rsidP="00452FFA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2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на деление </w:t>
            </w:r>
            <w:proofErr w:type="gramStart"/>
            <w:r w:rsidRPr="00452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D66744" w:rsidRPr="00891711" w:rsidRDefault="00452FFA" w:rsidP="00452FFA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452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данном </w:t>
            </w:r>
            <w:proofErr w:type="gramStart"/>
            <w:r w:rsidRPr="00452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отношении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0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Масштаб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Пропорция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Понятие процента.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Вычисление процента от величины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0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Вычисление  величины по её проценту.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156" w:right="144" w:hanging="15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  <w:p w:rsidR="00D66744" w:rsidRDefault="00D66744" w:rsidP="007049BE">
            <w:pPr>
              <w:autoSpaceDE w:val="0"/>
              <w:autoSpaceDN w:val="0"/>
              <w:spacing w:after="0" w:line="271" w:lineRule="auto"/>
              <w:ind w:left="156" w:right="144" w:hanging="15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452FFA" w:rsidRPr="00452FFA" w:rsidRDefault="00452FFA" w:rsidP="00452FFA">
            <w:pPr>
              <w:autoSpaceDE w:val="0"/>
              <w:autoSpaceDN w:val="0"/>
              <w:spacing w:after="0" w:line="240" w:lineRule="auto"/>
              <w:ind w:left="72" w:right="24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52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Выражение отношения двух</w:t>
            </w:r>
          </w:p>
          <w:p w:rsidR="00D66744" w:rsidRPr="00891711" w:rsidRDefault="00452FFA" w:rsidP="00452FFA">
            <w:pPr>
              <w:autoSpaceDE w:val="0"/>
              <w:autoSpaceDN w:val="0"/>
              <w:spacing w:after="0" w:line="240" w:lineRule="auto"/>
              <w:ind w:left="72" w:right="240"/>
              <w:jc w:val="both"/>
              <w:rPr>
                <w:lang w:val="ru-RU"/>
              </w:rPr>
            </w:pPr>
            <w:r w:rsidRPr="00452FF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 в процентах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240"/>
              <w:jc w:val="both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A1C73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Письменный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задач на части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82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9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задач на проценты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работа№5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«Дроби 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7049BE">
        <w:trPr>
          <w:trHeight w:hRule="exact" w:val="12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Практическая работа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«Отношение длины окружности к её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диаметру»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6744" w:rsidTr="00127437">
        <w:trPr>
          <w:trHeight w:hRule="exact" w:val="8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7437" w:rsidRPr="00127437" w:rsidRDefault="00127437" w:rsidP="00127437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Наглядная геометрия</w:t>
            </w:r>
            <w:proofErr w:type="gramStart"/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.С</w:t>
            </w:r>
            <w:proofErr w:type="gramEnd"/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имметрия/</w:t>
            </w:r>
          </w:p>
          <w:p w:rsidR="00D66744" w:rsidRPr="00127437" w:rsidRDefault="00D66744" w:rsidP="00127437">
            <w:pPr>
              <w:autoSpaceDE w:val="0"/>
              <w:autoSpaceDN w:val="0"/>
              <w:spacing w:after="0" w:line="230" w:lineRule="auto"/>
              <w:ind w:left="72"/>
              <w:rPr>
                <w:lang w:val="ru-RU"/>
              </w:rPr>
            </w:pPr>
            <w:r w:rsidRPr="001274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Осевая симметрия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Изображение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симметричных фигур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Центральная симметрия.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Построение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симметричных фигур.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0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работа«Осевая 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симметри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я».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6744" w:rsidTr="007049BE">
        <w:trPr>
          <w:trHeight w:hRule="exact" w:val="10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right="144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Симметрия в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пространстве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4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127437" w:rsidP="007049BE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49328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Выражения с буквами/</w:t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Применение букв для записи математических выражений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9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right="432"/>
              <w:jc w:val="center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Применение букв для записи  предложений.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981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78.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подстановки.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A1C73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0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Буквенные равенства,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неизвестного компонента.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Контрольная работа № 6 "Наглядная геометрия.</w:t>
            </w:r>
          </w:p>
          <w:p w:rsidR="00D66744" w:rsidRPr="00891711" w:rsidRDefault="00D66744" w:rsidP="00127437">
            <w:pPr>
              <w:autoSpaceDE w:val="0"/>
              <w:autoSpaceDN w:val="0"/>
              <w:spacing w:after="0" w:line="23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Симметрия"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tabs>
                <w:tab w:val="left" w:pos="156"/>
              </w:tabs>
              <w:autoSpaceDE w:val="0"/>
              <w:autoSpaceDN w:val="0"/>
              <w:spacing w:before="98" w:after="0" w:line="262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7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127437">
        <w:trPr>
          <w:trHeight w:hRule="exact" w:val="16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27437" w:rsidRDefault="00127437" w:rsidP="007049BE">
            <w:pPr>
              <w:autoSpaceDE w:val="0"/>
              <w:autoSpaceDN w:val="0"/>
              <w:spacing w:after="0" w:line="240" w:lineRule="auto"/>
              <w:ind w:left="72" w:right="720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Наглядная геометрия</w:t>
            </w:r>
            <w:proofErr w:type="gramStart"/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.Ф</w:t>
            </w:r>
            <w:proofErr w:type="gramEnd"/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игуры на плоскости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</w:p>
          <w:p w:rsidR="00D66744" w:rsidRPr="00127437" w:rsidRDefault="00D66744" w:rsidP="007049BE">
            <w:pPr>
              <w:autoSpaceDE w:val="0"/>
              <w:autoSpaceDN w:val="0"/>
              <w:spacing w:after="0" w:line="240" w:lineRule="auto"/>
              <w:ind w:left="72" w:right="720"/>
              <w:rPr>
                <w:lang w:val="ru-RU"/>
              </w:rPr>
            </w:pPr>
            <w:r w:rsidRPr="001274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Четырёхугольник, примеры </w:t>
            </w:r>
            <w:r w:rsidRPr="00127437">
              <w:rPr>
                <w:lang w:val="ru-RU"/>
              </w:rPr>
              <w:br/>
            </w:r>
            <w:r w:rsidRPr="001274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четырёхугольников.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Прямоугольник: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 свой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ств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ст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орон, углов, диагоналей.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Квадрат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:и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спользование свойств сторон, углов, диагоналей.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Измерение углов.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91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Виды треугольников.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0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Периметр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многоугольника.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Вычисление периметра многоугольника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Понятие площади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фигуры; единицы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измерения площади.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A208D6">
        <w:trPr>
          <w:trHeight w:hRule="exact" w:val="224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08D6" w:rsidRPr="00A208D6" w:rsidRDefault="00A208D6" w:rsidP="00A208D6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Решение задач </w:t>
            </w:r>
            <w:proofErr w:type="gramStart"/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proofErr w:type="gramEnd"/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208D6" w:rsidRPr="00A208D6" w:rsidRDefault="00A208D6" w:rsidP="00A208D6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нахождение площади </w:t>
            </w:r>
          </w:p>
          <w:p w:rsidR="00A208D6" w:rsidRPr="00A208D6" w:rsidRDefault="00A208D6" w:rsidP="00A208D6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прямоугольника, квадрата,</w:t>
            </w:r>
          </w:p>
          <w:p w:rsidR="00A208D6" w:rsidRPr="00A208D6" w:rsidRDefault="00A208D6" w:rsidP="00A208D6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фигур, составленных </w:t>
            </w:r>
            <w:proofErr w:type="gramStart"/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</w:t>
            </w:r>
            <w:proofErr w:type="gramEnd"/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208D6" w:rsidRPr="00A208D6" w:rsidRDefault="00A208D6" w:rsidP="00A208D6">
            <w:pPr>
              <w:autoSpaceDE w:val="0"/>
              <w:autoSpaceDN w:val="0"/>
              <w:spacing w:after="0" w:line="240" w:lineRule="auto"/>
              <w:ind w:left="72" w:right="5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прямоугольников и </w:t>
            </w:r>
          </w:p>
          <w:p w:rsidR="00D66744" w:rsidRPr="00891711" w:rsidRDefault="00A208D6" w:rsidP="00A208D6">
            <w:pPr>
              <w:autoSpaceDE w:val="0"/>
              <w:autoSpaceDN w:val="0"/>
              <w:spacing w:after="0" w:line="240" w:lineRule="auto"/>
              <w:ind w:left="72" w:right="576"/>
              <w:rPr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квадратов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Формулы периметра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площади прямоугольника.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3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208D6" w:rsidRPr="00A208D6" w:rsidRDefault="00A208D6" w:rsidP="00A208D6">
            <w:pPr>
              <w:autoSpaceDE w:val="0"/>
              <w:autoSpaceDN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по формуле.</w:t>
            </w:r>
          </w:p>
          <w:p w:rsidR="00D66744" w:rsidRPr="00891711" w:rsidRDefault="00A208D6" w:rsidP="00A208D6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№ 7 «Наглядная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геометрия.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Фигуры  на </w:t>
            </w:r>
            <w:r w:rsidRPr="00891711">
              <w:rPr>
                <w:lang w:val="ru-RU"/>
              </w:rPr>
              <w:br/>
            </w:r>
            <w:r w:rsid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плоскости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7049BE">
        <w:trPr>
          <w:trHeight w:hRule="exact" w:val="1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Приближённое измерение площади фигур, в том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числе на квадратной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сетке.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 "Площадь круга"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6744" w:rsidTr="00127437">
        <w:trPr>
          <w:trHeight w:hRule="exact" w:val="94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127437" w:rsidRDefault="00127437" w:rsidP="00127437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49328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 xml:space="preserve">Положительные и отрицательные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/</w:t>
            </w:r>
            <w:r w:rsidRPr="001274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6744" w:rsidRPr="0012743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Целые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4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432"/>
              <w:jc w:val="center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чисел на 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Противоположное число.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Модуль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40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100.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A208D6" w:rsidP="007049BE">
            <w:pPr>
              <w:autoSpaceDE w:val="0"/>
              <w:autoSpaceDN w:val="0"/>
              <w:spacing w:after="0" w:line="240" w:lineRule="auto"/>
              <w:ind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</w:t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еометрическая </w:t>
            </w:r>
            <w:r w:rsidR="00D66744" w:rsidRPr="00891711">
              <w:rPr>
                <w:lang w:val="ru-RU"/>
              </w:rPr>
              <w:br/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интерпретация модуля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1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F1360E" w:rsidP="007049BE">
            <w:pPr>
              <w:autoSpaceDE w:val="0"/>
              <w:autoSpaceDN w:val="0"/>
              <w:spacing w:before="98" w:after="0" w:line="240" w:lineRule="auto"/>
              <w:ind w:right="43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Нахождение модуля числа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677987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98" w:after="0" w:line="240" w:lineRule="auto"/>
              <w:ind w:right="432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Положительные и </w:t>
            </w:r>
            <w:r w:rsidRPr="00677987">
              <w:rPr>
                <w:lang w:val="ru-RU"/>
              </w:rPr>
              <w:br/>
            </w: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D66744" w:rsidRPr="00677987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103.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98" w:after="0" w:line="240" w:lineRule="auto"/>
              <w:ind w:right="432"/>
              <w:rPr>
                <w:lang w:val="ru-RU"/>
              </w:rPr>
            </w:pPr>
            <w:r w:rsidRPr="004A442C">
              <w:rPr>
                <w:rFonts w:ascii="Times New Roman" w:eastAsia="Times New Roman" w:hAnsi="Times New Roman"/>
                <w:sz w:val="24"/>
                <w:lang w:val="ru-RU"/>
              </w:rPr>
              <w:t xml:space="preserve">Положительные и </w:t>
            </w:r>
            <w:r w:rsidRPr="004A442C">
              <w:rPr>
                <w:lang w:val="ru-RU"/>
              </w:rPr>
              <w:br/>
            </w:r>
            <w:r w:rsidRPr="004A442C">
              <w:rPr>
                <w:rFonts w:ascii="Times New Roman" w:eastAsia="Times New Roman" w:hAnsi="Times New Roman"/>
                <w:sz w:val="24"/>
                <w:lang w:val="ru-RU"/>
              </w:rPr>
              <w:t>отрицательные числа.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Письменный контроль;</w:t>
            </w:r>
          </w:p>
        </w:tc>
      </w:tr>
      <w:tr w:rsidR="00D66744" w:rsidRPr="00827CFF" w:rsidTr="003B6BAB">
        <w:trPr>
          <w:trHeight w:hRule="exact" w:val="159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61265" w:rsidRPr="00A208D6" w:rsidRDefault="00761265" w:rsidP="00761265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Примеры использования </w:t>
            </w:r>
            <w:proofErr w:type="gramStart"/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</w:p>
          <w:p w:rsidR="00761265" w:rsidRPr="00A208D6" w:rsidRDefault="00761265" w:rsidP="00761265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окружающем</w:t>
            </w:r>
            <w:proofErr w:type="gramEnd"/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мире </w:t>
            </w:r>
          </w:p>
          <w:p w:rsidR="00761265" w:rsidRPr="00A208D6" w:rsidRDefault="00761265" w:rsidP="00761265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43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положительных и </w:t>
            </w:r>
          </w:p>
          <w:p w:rsidR="00D66744" w:rsidRPr="00677987" w:rsidRDefault="00761265" w:rsidP="003B6BAB">
            <w:pPr>
              <w:tabs>
                <w:tab w:val="left" w:pos="576"/>
              </w:tabs>
              <w:autoSpaceDE w:val="0"/>
              <w:autoSpaceDN w:val="0"/>
              <w:spacing w:after="0" w:line="262" w:lineRule="auto"/>
              <w:ind w:right="432"/>
              <w:rPr>
                <w:lang w:val="ru-RU"/>
              </w:rPr>
            </w:pPr>
            <w:r w:rsidRPr="00A208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отрицательных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RPr="00677987" w:rsidTr="007049BE">
        <w:trPr>
          <w:trHeight w:hRule="exact" w:val="4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105.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Числовые промежутки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rPr>
                <w:lang w:val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Устный опрос;</w:t>
            </w:r>
          </w:p>
        </w:tc>
      </w:tr>
      <w:tr w:rsidR="00D66744" w:rsidTr="00761265">
        <w:trPr>
          <w:trHeight w:hRule="exact" w:val="9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06.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761265" w:rsidRDefault="00761265" w:rsidP="00761265">
            <w:pPr>
              <w:autoSpaceDE w:val="0"/>
              <w:autoSpaceDN w:val="0"/>
              <w:spacing w:before="98" w:after="0" w:line="23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Изоброжать целые числа  точками на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RPr="00827CFF" w:rsidTr="004A442C">
        <w:trPr>
          <w:trHeight w:hRule="exact" w:val="14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107.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</w:pPr>
            <w:r w:rsidRPr="004A442C">
              <w:rPr>
                <w:rFonts w:ascii="Times New Roman" w:eastAsia="Times New Roman" w:hAnsi="Times New Roman"/>
                <w:sz w:val="24"/>
              </w:rPr>
              <w:t>Числовые промежутки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761265" w:rsidP="007049BE">
            <w:pPr>
              <w:autoSpaceDE w:val="0"/>
              <w:autoSpaceDN w:val="0"/>
              <w:spacing w:after="0" w:line="240" w:lineRule="auto"/>
              <w:ind w:left="72"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Сравнение целых чисел с помощью числовай прямой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761265" w:rsidP="007049BE">
            <w:pPr>
              <w:autoSpaceDE w:val="0"/>
              <w:autoSpaceDN w:val="0"/>
              <w:spacing w:after="0" w:line="240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Правила сравнения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7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A1C73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156" w:right="144" w:hanging="156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№8 </w:t>
            </w:r>
          </w:p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156" w:right="144" w:hanging="15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«Положительные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отрицательные числа»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отрицательными числами.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02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4992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3499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Сложение чисел с помощью</w:t>
            </w:r>
          </w:p>
          <w:p w:rsidR="00D66744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73499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числовой прямой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Сложение целых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4992" w:rsidRPr="00212E13" w:rsidRDefault="00734992" w:rsidP="00734992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12E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Сложение чисел с </w:t>
            </w:r>
            <w:proofErr w:type="gramStart"/>
            <w:r w:rsidRPr="00212E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разными</w:t>
            </w:r>
            <w:proofErr w:type="gramEnd"/>
          </w:p>
          <w:p w:rsidR="00D66744" w:rsidRPr="00212E13" w:rsidRDefault="00734992" w:rsidP="00734992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212E1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знаками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34992">
        <w:trPr>
          <w:trHeight w:hRule="exact" w:val="17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116.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4992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49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Числовые выражения, </w:t>
            </w:r>
          </w:p>
          <w:p w:rsidR="00734992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49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содержащие действия </w:t>
            </w:r>
          </w:p>
          <w:p w:rsidR="00734992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49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сложения</w:t>
            </w:r>
          </w:p>
          <w:p w:rsidR="00734992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3499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положительных и</w:t>
            </w:r>
          </w:p>
          <w:p w:rsidR="00D66744" w:rsidRDefault="00734992" w:rsidP="00734992">
            <w:pPr>
              <w:autoSpaceDE w:val="0"/>
              <w:autoSpaceDN w:val="0"/>
              <w:spacing w:after="0" w:line="230" w:lineRule="auto"/>
            </w:pPr>
            <w:r w:rsidRPr="00734992">
              <w:rPr>
                <w:rFonts w:ascii="Times New Roman" w:hAnsi="Times New Roman" w:cs="Times New Roman"/>
                <w:sz w:val="24"/>
                <w:szCs w:val="24"/>
              </w:rPr>
              <w:t>отрицательных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34992">
        <w:trPr>
          <w:trHeight w:hRule="exact" w:val="70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4992" w:rsidRPr="00734992" w:rsidRDefault="00734992" w:rsidP="0073499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</w:rPr>
            </w:pPr>
            <w:r w:rsidRPr="00734992">
              <w:rPr>
                <w:rFonts w:ascii="Times New Roman" w:eastAsia="Times New Roman" w:hAnsi="Times New Roman"/>
                <w:color w:val="000000"/>
                <w:sz w:val="24"/>
              </w:rPr>
              <w:t>Вычитание отрицательных</w:t>
            </w:r>
          </w:p>
          <w:p w:rsidR="00D66744" w:rsidRDefault="00734992" w:rsidP="00734992">
            <w:pPr>
              <w:autoSpaceDE w:val="0"/>
              <w:autoSpaceDN w:val="0"/>
              <w:spacing w:after="0" w:line="230" w:lineRule="auto"/>
            </w:pPr>
            <w:r w:rsidRPr="00734992">
              <w:rPr>
                <w:rFonts w:ascii="Times New Roman" w:eastAsia="Times New Roman" w:hAnsi="Times New Roman"/>
                <w:color w:val="000000"/>
                <w:sz w:val="24"/>
              </w:rPr>
              <w:t>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9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34992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73499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Вычитание </w:t>
            </w:r>
            <w:proofErr w:type="gramStart"/>
            <w:r w:rsidRPr="0073499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положительных</w:t>
            </w:r>
            <w:proofErr w:type="gramEnd"/>
          </w:p>
          <w:p w:rsidR="00D66744" w:rsidRPr="00734992" w:rsidRDefault="00734992" w:rsidP="00734992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734992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 отрицательных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5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119.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Разность целых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830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120.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100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Произведение целых чисел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9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Произведение целых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41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Произведение целых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4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Частное целых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56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A479A9">
        <w:trPr>
          <w:trHeight w:hRule="exact" w:val="12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Частное целых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961AB1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7049BE">
        <w:trPr>
          <w:trHeight w:hRule="exact" w:val="1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125.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Частное целых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7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4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126.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Распределительный закон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127.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Распределительный закон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9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734992" w:rsidP="00734992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Раскрытие скобок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129.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Раскрытие скобок и заключение в скобки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130.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 с суммами нескольких слагаемых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tabs>
                <w:tab w:val="left" w:pos="576"/>
              </w:tabs>
              <w:autoSpaceDE w:val="0"/>
              <w:autoSpaceDN w:val="0"/>
              <w:spacing w:before="98" w:after="0" w:line="262" w:lineRule="auto"/>
              <w:ind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Действия с суммами нескольких слагаемых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9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827CFF" w:rsidTr="00127437">
        <w:trPr>
          <w:trHeight w:hRule="exact" w:val="142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B51695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left="156" w:hanging="15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Самооценка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«О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ценочного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127437">
        <w:trPr>
          <w:trHeight w:hRule="exact" w:val="8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135.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left="156" w:right="288" w:hanging="15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Контрольная работа №9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«Действия с целыми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числами»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Контрольная </w:t>
            </w:r>
            <w: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D66744" w:rsidTr="00127437">
        <w:trPr>
          <w:trHeight w:hRule="exact" w:val="9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127437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127437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Представление данных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7049BE">
        <w:trPr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Координаты точки на плоскости, абсцисса и ордината.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316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842"/>
        <w:gridCol w:w="1843"/>
      </w:tblGrid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138.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Построение точек и фигур 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на координатной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плоскости.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139.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tabs>
                <w:tab w:val="left" w:pos="156"/>
              </w:tabs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Столбчатые диаграммы: </w:t>
            </w:r>
            <w:r w:rsidRPr="00891711">
              <w:rPr>
                <w:lang w:val="ru-RU"/>
              </w:rPr>
              <w:tab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чтение и построение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A479A9">
        <w:trPr>
          <w:trHeight w:hRule="exact" w:val="8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140.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Практическая работа "Построение диаграмм"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B51695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6744" w:rsidTr="007049BE">
        <w:trPr>
          <w:trHeight w:hRule="exact" w:val="210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Представление данных с помощью таблиц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диаграмм. Решение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текстовых задач, 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держащих данные,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представ ленные в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таблицах и на диаграммах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A479A9">
        <w:trPr>
          <w:trHeight w:hRule="exact" w:val="2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A479A9" w:rsidRDefault="00A479A9" w:rsidP="007049B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</w:pPr>
            <w:r w:rsidRPr="0049328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Наглядная геометрия</w:t>
            </w:r>
            <w:proofErr w:type="gramStart"/>
            <w:r w:rsidRPr="0049328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.Ф</w:t>
            </w:r>
            <w:proofErr w:type="gramEnd"/>
            <w:r w:rsidRPr="0049328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игуры в пространстве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</w:p>
          <w:p w:rsidR="00D66744" w:rsidRPr="00891711" w:rsidRDefault="00A479A9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Прямоугольный </w:t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параллелепипед, куб, призма, пирамида, </w:t>
            </w:r>
            <w:r w:rsidR="00D66744" w:rsidRPr="00891711">
              <w:rPr>
                <w:lang w:val="ru-RU"/>
              </w:rPr>
              <w:br/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конус, цилиндр, шар и </w:t>
            </w:r>
            <w:r w:rsidR="00D66744" w:rsidRPr="00891711">
              <w:rPr>
                <w:lang w:val="ru-RU"/>
              </w:rPr>
              <w:br/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сфера.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Изображение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пространственных фигур. Построения на клетчатой бумаге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A479A9">
        <w:trPr>
          <w:trHeight w:hRule="exact" w:val="9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720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Примеры развёрток 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многогранников,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цилиндра и конуса.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52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145.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677987" w:rsidRDefault="00D66744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"Создание моделей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пространственных фигур (из бумаги, проволоки, пластилина и др.) </w:t>
            </w:r>
            <w:r w:rsidRPr="00677987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A479A9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Понятие объёма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  <w:tr w:rsidR="00D66744" w:rsidTr="00A479A9">
        <w:trPr>
          <w:trHeight w:hRule="exact" w:val="73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A479A9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Е</w:t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диницы измерения объёма.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9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</w:t>
            </w:r>
          </w:p>
          <w:p w:rsidR="00D66744" w:rsidRPr="00891711" w:rsidRDefault="00D66744" w:rsidP="007049BE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Устный опрос;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5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984"/>
        <w:gridCol w:w="1701"/>
      </w:tblGrid>
      <w:tr w:rsidR="00D66744" w:rsidTr="007049BE">
        <w:trPr>
          <w:trHeight w:hRule="exact" w:val="9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149.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3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Формулы объема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D66744" w:rsidTr="007049BE">
        <w:trPr>
          <w:trHeight w:hRule="exact" w:val="12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150.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Контрольная работа №10 "Наглядная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геометрия.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Фигуры в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пространстве"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7049BE">
        <w:trPr>
          <w:trHeight w:hRule="exact" w:val="128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A479A9" w:rsidP="007049BE">
            <w:pPr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Повторение</w:t>
            </w: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/</w:t>
            </w:r>
            <w:r w:rsidR="00D66744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примеров на  все действия с </w:t>
            </w:r>
            <w:r w:rsidR="00D66744" w:rsidRPr="00891711">
              <w:rPr>
                <w:lang w:val="ru-RU"/>
              </w:rPr>
              <w:br/>
            </w:r>
            <w:r w:rsidR="00D66744"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натуральными числами.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26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A479A9">
            <w:pPr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примеров на  все действия с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натуральными числами.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4B1F2E" w:rsidTr="00A479A9">
        <w:trPr>
          <w:trHeight w:hRule="exact" w:val="1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153.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Числовые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выражения, порядок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действий, использование скобок.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4B1F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4B1F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4B1F2E">
              <w:rPr>
                <w:lang w:val="ru-RU"/>
              </w:rPr>
              <w:br/>
            </w:r>
            <w:r w:rsidRPr="004B1F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контроль;</w:t>
            </w:r>
          </w:p>
        </w:tc>
      </w:tr>
      <w:tr w:rsidR="00D66744" w:rsidTr="00A479A9">
        <w:trPr>
          <w:trHeight w:hRule="exact" w:val="128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4B1F2E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154.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Признаки делимости на 2,3,4,5,6,9,10.</w:t>
            </w:r>
          </w:p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Разложение числа на простые множители.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55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155.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166"/>
        </w:trPr>
        <w:tc>
          <w:tcPr>
            <w:tcW w:w="56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156.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Решение текстовых задач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A479A9">
        <w:trPr>
          <w:trHeight w:hRule="exact" w:val="181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Перпендикулярные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прямые. Параллельные прямые. 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Расстояние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между двумя точками, от точки до прямой, длина пути на квадратной сетке.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70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984"/>
        <w:gridCol w:w="1701"/>
      </w:tblGrid>
      <w:tr w:rsidR="00D66744" w:rsidTr="007049BE">
        <w:trPr>
          <w:trHeight w:hRule="exact" w:val="12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158.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144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Обыкновенная дробь,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основное свойство дроби, сокращение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A479A9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159.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упорядочивание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A479A9">
              <w:rPr>
                <w:lang w:val="ru-RU"/>
              </w:rPr>
              <w:br/>
            </w: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контроль;</w:t>
            </w:r>
          </w:p>
        </w:tc>
      </w:tr>
      <w:tr w:rsidR="00D66744" w:rsidTr="00A479A9">
        <w:trPr>
          <w:trHeight w:hRule="exact" w:val="1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160.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десятичных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A479A9">
        <w:trPr>
          <w:trHeight w:hRule="exact" w:val="11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161.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десятичных дробей.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1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162.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1268"/>
              <w:jc w:val="both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Масштаб, пропорция.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RPr="00A479A9" w:rsidTr="007049BE">
        <w:trPr>
          <w:trHeight w:hRule="exact" w:val="147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держащих дроби и  проценты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Устный опрос; Письменный </w:t>
            </w:r>
            <w:r w:rsidRPr="00A479A9">
              <w:rPr>
                <w:lang w:val="ru-RU"/>
              </w:rPr>
              <w:br/>
            </w: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контроль;</w:t>
            </w:r>
          </w:p>
        </w:tc>
      </w:tr>
      <w:tr w:rsidR="00D66744" w:rsidTr="007049BE">
        <w:trPr>
          <w:trHeight w:hRule="exact" w:val="127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164.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proofErr w:type="gramStart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</w:t>
            </w:r>
            <w:proofErr w:type="gramEnd"/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держащих дроби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проценты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  <w:rPr>
                <w:lang w:val="ru-RU"/>
              </w:rPr>
            </w:pPr>
            <w:r w:rsidRPr="00A479A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rPr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A479A9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2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2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98" w:after="0" w:line="240" w:lineRule="auto"/>
              <w:ind w:right="288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A479A9">
            <w:pPr>
              <w:autoSpaceDE w:val="0"/>
              <w:autoSpaceDN w:val="0"/>
              <w:spacing w:after="0" w:line="240" w:lineRule="auto"/>
              <w:ind w:right="115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D66744" w:rsidTr="007049BE">
        <w:trPr>
          <w:trHeight w:hRule="exact" w:val="16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after="0" w:line="240" w:lineRule="auto"/>
              <w:ind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отрицательных чисел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38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66" w:line="220" w:lineRule="exact"/>
      </w:pPr>
    </w:p>
    <w:tbl>
      <w:tblPr>
        <w:tblW w:w="11341" w:type="dxa"/>
        <w:tblInd w:w="-421" w:type="dxa"/>
        <w:tblLayout w:type="fixed"/>
        <w:tblLook w:val="04A0" w:firstRow="1" w:lastRow="0" w:firstColumn="1" w:lastColumn="0" w:noHBand="0" w:noVBand="1"/>
      </w:tblPr>
      <w:tblGrid>
        <w:gridCol w:w="568"/>
        <w:gridCol w:w="2977"/>
        <w:gridCol w:w="850"/>
        <w:gridCol w:w="1560"/>
        <w:gridCol w:w="1701"/>
        <w:gridCol w:w="1984"/>
        <w:gridCol w:w="1701"/>
      </w:tblGrid>
      <w:tr w:rsidR="00D66744" w:rsidTr="007049BE">
        <w:trPr>
          <w:trHeight w:hRule="exact" w:val="15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169.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A479A9">
            <w:pPr>
              <w:autoSpaceDE w:val="0"/>
              <w:autoSpaceDN w:val="0"/>
              <w:spacing w:after="0" w:line="240" w:lineRule="auto"/>
              <w:ind w:right="432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Сравнение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положительных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отрицательных чисел.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18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170.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A479A9">
            <w:pPr>
              <w:autoSpaceDE w:val="0"/>
              <w:autoSpaceDN w:val="0"/>
              <w:spacing w:after="0" w:line="240" w:lineRule="auto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Сложение и вычитание положительных и </w:t>
            </w:r>
            <w:r w:rsidRPr="00891711">
              <w:rPr>
                <w:lang w:val="ru-RU"/>
              </w:rPr>
              <w:br/>
            </w: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отрицательных чисел и их свойства.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98" w:after="0" w:line="230" w:lineRule="auto"/>
              <w:ind w:left="7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4B1F2E" w:rsidRDefault="00D66744" w:rsidP="007049BE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after="0" w:line="24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опрос; 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контроль;</w:t>
            </w:r>
          </w:p>
        </w:tc>
      </w:tr>
      <w:tr w:rsidR="00D66744" w:rsidTr="007049BE">
        <w:trPr>
          <w:trHeight w:hRule="exact" w:val="810"/>
        </w:trPr>
        <w:tc>
          <w:tcPr>
            <w:tcW w:w="3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891711" w:rsidRDefault="00D66744" w:rsidP="007049BE">
            <w:pPr>
              <w:autoSpaceDE w:val="0"/>
              <w:autoSpaceDN w:val="0"/>
              <w:spacing w:before="100" w:after="0" w:line="262" w:lineRule="auto"/>
              <w:ind w:left="72" w:right="576"/>
              <w:rPr>
                <w:lang w:val="ru-RU"/>
              </w:rPr>
            </w:pPr>
            <w:r w:rsidRPr="00891711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Pr="00EF20FB" w:rsidRDefault="00D66744" w:rsidP="007049BE">
            <w:pPr>
              <w:autoSpaceDE w:val="0"/>
              <w:autoSpaceDN w:val="0"/>
              <w:spacing w:before="100" w:after="0" w:line="230" w:lineRule="auto"/>
              <w:ind w:left="74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</w:t>
            </w:r>
            <w:r w:rsidR="004F7EB9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3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D66744" w:rsidRDefault="00D66744" w:rsidP="007049BE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</w:tr>
    </w:tbl>
    <w:p w:rsidR="00D66744" w:rsidRDefault="00D66744" w:rsidP="00D66744">
      <w:pPr>
        <w:autoSpaceDE w:val="0"/>
        <w:autoSpaceDN w:val="0"/>
        <w:spacing w:after="0" w:line="14" w:lineRule="exact"/>
      </w:pPr>
    </w:p>
    <w:p w:rsidR="00D66744" w:rsidRDefault="00D66744" w:rsidP="00D66744">
      <w:pPr>
        <w:sectPr w:rsidR="00D66744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D66744" w:rsidRDefault="00D66744" w:rsidP="00D66744">
      <w:pPr>
        <w:autoSpaceDE w:val="0"/>
        <w:autoSpaceDN w:val="0"/>
        <w:spacing w:after="78" w:line="220" w:lineRule="exact"/>
      </w:pPr>
    </w:p>
    <w:p w:rsidR="001F6C50" w:rsidRPr="00D66744" w:rsidRDefault="007B1DC5">
      <w:pPr>
        <w:autoSpaceDE w:val="0"/>
        <w:autoSpaceDN w:val="0"/>
        <w:spacing w:after="0" w:line="230" w:lineRule="auto"/>
        <w:rPr>
          <w:lang w:val="ru-RU"/>
        </w:rPr>
      </w:pPr>
      <w:r w:rsidRPr="00D66744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D66744" w:rsidRDefault="007B1DC5" w:rsidP="00D66744">
      <w:pPr>
        <w:autoSpaceDE w:val="0"/>
        <w:autoSpaceDN w:val="0"/>
        <w:spacing w:before="166" w:after="0" w:line="271" w:lineRule="auto"/>
        <w:ind w:right="576"/>
        <w:rPr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5 КЛАСС </w:t>
      </w:r>
      <w:r w:rsidRPr="00771CA3">
        <w:rPr>
          <w:lang w:val="ru-RU"/>
        </w:rPr>
        <w:br/>
      </w:r>
      <w:r w:rsidR="00D66744" w:rsidRPr="005C375F">
        <w:rPr>
          <w:rFonts w:ascii="Times New Roman" w:eastAsia="Times New Roman" w:hAnsi="Times New Roman"/>
          <w:color w:val="000000"/>
          <w:sz w:val="24"/>
          <w:lang w:val="ru-RU"/>
        </w:rPr>
        <w:t xml:space="preserve">Никольский С.М., Потапов М.К., Решетников Н.Н. и другие, Математика, 5 класс, Акционерное общество "Издательство "Просвещение"; </w:t>
      </w: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  <w:r w:rsidR="00D66744">
        <w:rPr>
          <w:rFonts w:ascii="Times New Roman" w:eastAsia="Times New Roman" w:hAnsi="Times New Roman"/>
          <w:b/>
          <w:color w:val="000000"/>
          <w:sz w:val="24"/>
          <w:lang w:val="ru-RU"/>
        </w:rPr>
        <w:t>:</w:t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</w:t>
      </w:r>
    </w:p>
    <w:p w:rsidR="00D66744" w:rsidRDefault="00D66744" w:rsidP="00D6674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 xml:space="preserve">Никольский С.М., Потапов М.К., Решетников Н.Н. и другие, Математика, Акционерное общество "Издательство "Просвещение"; </w:t>
      </w:r>
      <w:r w:rsidRPr="00891711">
        <w:rPr>
          <w:lang w:val="ru-RU"/>
        </w:rPr>
        <w:br/>
      </w:r>
      <w:r w:rsidR="007B1DC5" w:rsidRPr="00771CA3">
        <w:rPr>
          <w:lang w:val="ru-RU"/>
        </w:rPr>
        <w:br/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="007B1DC5" w:rsidRPr="00771CA3">
        <w:rPr>
          <w:lang w:val="ru-RU"/>
        </w:rPr>
        <w:br/>
      </w:r>
      <w:r>
        <w:rPr>
          <w:rFonts w:ascii="Times New Roman" w:eastAsia="Times New Roman" w:hAnsi="Times New Roman"/>
          <w:b/>
          <w:color w:val="000000"/>
          <w:sz w:val="24"/>
          <w:lang w:val="ru-RU"/>
        </w:rPr>
        <w:t>5 КЛАСС</w:t>
      </w:r>
    </w:p>
    <w:p w:rsidR="00D66744" w:rsidRPr="005C375F" w:rsidRDefault="00D66744" w:rsidP="00D66744">
      <w:pPr>
        <w:autoSpaceDE w:val="0"/>
        <w:autoSpaceDN w:val="0"/>
        <w:spacing w:after="0" w:line="240" w:lineRule="auto"/>
        <w:ind w:right="3744"/>
        <w:rPr>
          <w:lang w:val="ru-RU"/>
        </w:rPr>
      </w:pP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>Математика. Дидактические материалы. 5 класс / М. К. Потапов, А. В. Шев кин. — М.: Просвещение, 2014—2016;</w:t>
      </w:r>
    </w:p>
    <w:p w:rsidR="00D66744" w:rsidRPr="005C375F" w:rsidRDefault="00D66744" w:rsidP="00D66744">
      <w:pPr>
        <w:autoSpaceDE w:val="0"/>
        <w:autoSpaceDN w:val="0"/>
        <w:spacing w:after="0" w:line="240" w:lineRule="auto"/>
        <w:ind w:right="4032"/>
        <w:rPr>
          <w:lang w:val="ru-RU"/>
        </w:rPr>
      </w:pP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 xml:space="preserve">Математика. Рабочая тетрадь. 5 класс. В 2 ч. / М. К. </w:t>
      </w:r>
      <w:proofErr w:type="gramStart"/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proofErr w:type="gramEnd"/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 xml:space="preserve"> та пов, А. В. Шевкин. — М.: Просвещение, 2012—2016;</w:t>
      </w:r>
    </w:p>
    <w:p w:rsidR="00D66744" w:rsidRPr="005C375F" w:rsidRDefault="00D66744" w:rsidP="00D66744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>Математика. Тематические тесты. 5 класс / П. В. Чулков, Е. Ф. Шер​ш нев, О. Ф. Зарапина. — М.: Просвещение, 2009—2016</w:t>
      </w:r>
    </w:p>
    <w:p w:rsidR="00D66744" w:rsidRDefault="00D66744" w:rsidP="00D66744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>
        <w:rPr>
          <w:lang w:val="ru-RU"/>
        </w:rPr>
        <w:t xml:space="preserve"> </w:t>
      </w:r>
      <w:r w:rsidR="007B1DC5" w:rsidRPr="00771CA3">
        <w:rPr>
          <w:lang w:val="ru-RU"/>
        </w:rPr>
        <w:br/>
      </w:r>
      <w:r w:rsidR="007B1DC5"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6 КЛАСС </w:t>
      </w:r>
    </w:p>
    <w:p w:rsidR="00D66744" w:rsidRPr="005C375F" w:rsidRDefault="00D66744" w:rsidP="00D66744">
      <w:pPr>
        <w:autoSpaceDE w:val="0"/>
        <w:autoSpaceDN w:val="0"/>
        <w:spacing w:after="0" w:line="240" w:lineRule="auto"/>
        <w:ind w:right="3744"/>
        <w:rPr>
          <w:lang w:val="ru-RU"/>
        </w:rPr>
      </w:pP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>Матема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тика. Дидактические материалы. 6</w:t>
      </w: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 М. К. Потапов, А. В. Шев кин. — М.: Просвещение, 2014—2016;</w:t>
      </w:r>
    </w:p>
    <w:p w:rsidR="00D66744" w:rsidRPr="005C375F" w:rsidRDefault="00D66744" w:rsidP="00D66744">
      <w:pPr>
        <w:autoSpaceDE w:val="0"/>
        <w:autoSpaceDN w:val="0"/>
        <w:spacing w:after="0" w:line="240" w:lineRule="auto"/>
        <w:ind w:right="40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>Математика. Рабочая тетрадь. 6</w:t>
      </w: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класс. В 2 ч. / М. К. </w:t>
      </w:r>
      <w:proofErr w:type="gramStart"/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>По</w:t>
      </w:r>
      <w:proofErr w:type="gramEnd"/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 xml:space="preserve"> та пов, А. В. Шевкин. — М.: Просвещение, 2012—2016;</w:t>
      </w:r>
    </w:p>
    <w:p w:rsidR="00D66744" w:rsidRPr="00891711" w:rsidRDefault="00D66744" w:rsidP="00D66744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>М</w:t>
      </w:r>
      <w:r>
        <w:rPr>
          <w:rFonts w:ascii="Times New Roman" w:eastAsia="Times New Roman" w:hAnsi="Times New Roman"/>
          <w:color w:val="000000"/>
          <w:sz w:val="24"/>
          <w:lang w:val="ru-RU"/>
        </w:rPr>
        <w:t>атематика. Тематические тесты. 6</w:t>
      </w:r>
      <w:r w:rsidRPr="005C375F">
        <w:rPr>
          <w:rFonts w:ascii="Times New Roman" w:eastAsia="Times New Roman" w:hAnsi="Times New Roman"/>
          <w:color w:val="000000"/>
          <w:sz w:val="24"/>
          <w:lang w:val="ru-RU"/>
        </w:rPr>
        <w:t xml:space="preserve"> класс / П. В. Чулков, Е. Ф. Шер​ш нев, О. Ф. Зарапина. — М.: Просвещение, 2009—2016</w:t>
      </w:r>
      <w:r w:rsidRPr="00891711">
        <w:rPr>
          <w:lang w:val="ru-RU"/>
        </w:rPr>
        <w:br/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Математика. Методические рекомендации. 6 класс (к учебнику С. М. Никольского и др. «Математика.6 класс»)</w:t>
      </w:r>
    </w:p>
    <w:p w:rsidR="00827CFF" w:rsidRDefault="007B1DC5" w:rsidP="00D66744">
      <w:pPr>
        <w:autoSpaceDE w:val="0"/>
        <w:autoSpaceDN w:val="0"/>
        <w:spacing w:after="0" w:line="240" w:lineRule="auto"/>
        <w:ind w:right="1440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5 КЛАСС </w:t>
      </w:r>
    </w:p>
    <w:p w:rsidR="00827CFF" w:rsidRPr="00827CFF" w:rsidRDefault="00827CFF" w:rsidP="00827CFF">
      <w:pPr>
        <w:autoSpaceDE w:val="0"/>
        <w:autoSpaceDN w:val="0"/>
        <w:spacing w:after="0" w:line="240" w:lineRule="auto"/>
        <w:ind w:right="1440"/>
        <w:rPr>
          <w:lang w:val="ru-RU"/>
        </w:rPr>
      </w:pPr>
      <w:r w:rsidRPr="00827CFF">
        <w:t>https</w:t>
      </w:r>
      <w:r w:rsidRPr="00827CFF">
        <w:rPr>
          <w:lang w:val="ru-RU"/>
        </w:rPr>
        <w:t>://</w:t>
      </w:r>
      <w:r w:rsidRPr="00827CFF">
        <w:t>uchi</w:t>
      </w:r>
      <w:r w:rsidRPr="00827CFF">
        <w:rPr>
          <w:lang w:val="ru-RU"/>
        </w:rPr>
        <w:t>.</w:t>
      </w:r>
      <w:r w:rsidRPr="00827CFF">
        <w:t>ru</w:t>
      </w:r>
      <w:r w:rsidRPr="00827CFF">
        <w:rPr>
          <w:lang w:val="ru-RU"/>
        </w:rPr>
        <w:t xml:space="preserve"> </w:t>
      </w:r>
      <w:r w:rsidRPr="00827CFF">
        <w:rPr>
          <w:lang w:val="ru-RU"/>
        </w:rPr>
        <w:br/>
      </w:r>
      <w:r w:rsidRPr="00827CFF">
        <w:t>https</w:t>
      </w:r>
      <w:r w:rsidRPr="00827CFF">
        <w:rPr>
          <w:lang w:val="ru-RU"/>
        </w:rPr>
        <w:t>://</w:t>
      </w:r>
      <w:r w:rsidRPr="00827CFF">
        <w:t>resh</w:t>
      </w:r>
      <w:r w:rsidRPr="00827CFF">
        <w:rPr>
          <w:lang w:val="ru-RU"/>
        </w:rPr>
        <w:t>.</w:t>
      </w:r>
      <w:r w:rsidRPr="00827CFF">
        <w:t>edu</w:t>
      </w:r>
      <w:r w:rsidRPr="00827CFF">
        <w:rPr>
          <w:lang w:val="ru-RU"/>
        </w:rPr>
        <w:t>.</w:t>
      </w:r>
      <w:r w:rsidRPr="00827CFF">
        <w:t>ru</w:t>
      </w:r>
      <w:r w:rsidRPr="00827CFF">
        <w:rPr>
          <w:lang w:val="ru-RU"/>
        </w:rPr>
        <w:t xml:space="preserve"> </w:t>
      </w:r>
      <w:r w:rsidRPr="00827CFF">
        <w:rPr>
          <w:lang w:val="ru-RU"/>
        </w:rPr>
        <w:br/>
      </w:r>
      <w:r w:rsidRPr="00827CFF">
        <w:t>https</w:t>
      </w:r>
      <w:r w:rsidRPr="00827CFF">
        <w:rPr>
          <w:lang w:val="ru-RU"/>
        </w:rPr>
        <w:t>://</w:t>
      </w:r>
      <w:r w:rsidRPr="00827CFF">
        <w:t>education</w:t>
      </w:r>
      <w:r w:rsidRPr="00827CFF">
        <w:rPr>
          <w:lang w:val="ru-RU"/>
        </w:rPr>
        <w:t>.</w:t>
      </w:r>
      <w:r w:rsidRPr="00827CFF">
        <w:t>yandex</w:t>
      </w:r>
      <w:r w:rsidRPr="00827CFF">
        <w:rPr>
          <w:lang w:val="ru-RU"/>
        </w:rPr>
        <w:t>.</w:t>
      </w:r>
      <w:r w:rsidRPr="00827CFF">
        <w:t>ru</w:t>
      </w:r>
      <w:r w:rsidRPr="00827CFF">
        <w:rPr>
          <w:lang w:val="ru-RU"/>
        </w:rPr>
        <w:t>/</w:t>
      </w:r>
    </w:p>
    <w:p w:rsidR="001F6C50" w:rsidRPr="00771CA3" w:rsidRDefault="007B1DC5" w:rsidP="00D66744">
      <w:pPr>
        <w:autoSpaceDE w:val="0"/>
        <w:autoSpaceDN w:val="0"/>
        <w:spacing w:after="0" w:line="240" w:lineRule="auto"/>
        <w:ind w:right="1440"/>
        <w:rPr>
          <w:lang w:val="ru-RU"/>
        </w:rPr>
      </w:pPr>
      <w:bookmarkStart w:id="0" w:name="_GoBack"/>
      <w:bookmarkEnd w:id="0"/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6 КЛАСС</w:t>
      </w:r>
    </w:p>
    <w:p w:rsidR="00D66744" w:rsidRPr="00891711" w:rsidRDefault="00D66744" w:rsidP="00D66744">
      <w:pPr>
        <w:autoSpaceDE w:val="0"/>
        <w:autoSpaceDN w:val="0"/>
        <w:spacing w:after="0" w:line="240" w:lineRule="auto"/>
        <w:ind w:right="576"/>
        <w:rPr>
          <w:lang w:val="ru-RU"/>
        </w:rPr>
      </w:pP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Единая коллекция цифровых образовательных ресурсов (</w:t>
      </w:r>
      <w:r>
        <w:rPr>
          <w:rFonts w:ascii="Times New Roman" w:eastAsia="Times New Roman" w:hAnsi="Times New Roman"/>
          <w:color w:val="000000"/>
          <w:sz w:val="24"/>
        </w:rPr>
        <w:t>school</w:t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r>
        <w:rPr>
          <w:rFonts w:ascii="Times New Roman" w:eastAsia="Times New Roman" w:hAnsi="Times New Roman"/>
          <w:color w:val="000000"/>
          <w:sz w:val="24"/>
        </w:rPr>
        <w:t>collection</w:t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edu</w:t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</w:rPr>
        <w:t>https</w:t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r>
        <w:rPr>
          <w:rFonts w:ascii="Times New Roman" w:eastAsia="Times New Roman" w:hAnsi="Times New Roman"/>
          <w:color w:val="000000"/>
          <w:sz w:val="24"/>
        </w:rPr>
        <w:t>edsoo</w:t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r>
        <w:rPr>
          <w:rFonts w:ascii="Times New Roman" w:eastAsia="Times New Roman" w:hAnsi="Times New Roman"/>
          <w:color w:val="000000"/>
          <w:sz w:val="24"/>
        </w:rPr>
        <w:t>ru</w:t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 xml:space="preserve">/ Российская электронная школа </w:t>
      </w:r>
      <w:r w:rsidRPr="00891711">
        <w:rPr>
          <w:lang w:val="ru-RU"/>
        </w:rPr>
        <w:br/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 xml:space="preserve">ЯКласс </w:t>
      </w:r>
      <w:r w:rsidRPr="00891711">
        <w:rPr>
          <w:lang w:val="ru-RU"/>
        </w:rPr>
        <w:br/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 xml:space="preserve">Открытая школа </w:t>
      </w:r>
      <w:r w:rsidRPr="00891711">
        <w:rPr>
          <w:lang w:val="ru-RU"/>
        </w:rPr>
        <w:br/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 xml:space="preserve">Фоксфорд </w:t>
      </w:r>
      <w:r w:rsidRPr="00891711">
        <w:rPr>
          <w:lang w:val="ru-RU"/>
        </w:rPr>
        <w:br/>
      </w: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Учу</w:t>
      </w:r>
      <w:proofErr w:type="gramStart"/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.р</w:t>
      </w:r>
      <w:proofErr w:type="gramEnd"/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у</w:t>
      </w: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1F6C50" w:rsidRPr="00771CA3" w:rsidRDefault="001F6C50">
      <w:pPr>
        <w:autoSpaceDE w:val="0"/>
        <w:autoSpaceDN w:val="0"/>
        <w:spacing w:after="78" w:line="220" w:lineRule="exact"/>
        <w:rPr>
          <w:lang w:val="ru-RU"/>
        </w:rPr>
      </w:pPr>
    </w:p>
    <w:p w:rsidR="00D66744" w:rsidRDefault="007B1DC5">
      <w:pPr>
        <w:autoSpaceDE w:val="0"/>
        <w:autoSpaceDN w:val="0"/>
        <w:spacing w:after="0" w:line="408" w:lineRule="auto"/>
        <w:ind w:right="432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</w:p>
    <w:p w:rsidR="00D66744" w:rsidRPr="00891711" w:rsidRDefault="00D66744" w:rsidP="00D66744">
      <w:pPr>
        <w:autoSpaceDE w:val="0"/>
        <w:autoSpaceDN w:val="0"/>
        <w:spacing w:after="0" w:line="240" w:lineRule="auto"/>
        <w:ind w:right="1152"/>
        <w:rPr>
          <w:lang w:val="ru-RU"/>
        </w:rPr>
      </w:pP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Справочные таблицы, демонстрационные плакаты, наборы геометрических тел, чертежные инструменты (угольник, линейка, циркуль)</w:t>
      </w:r>
      <w:proofErr w:type="gramStart"/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.К</w:t>
      </w:r>
      <w:proofErr w:type="gramEnd"/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онтрольные и тестовые работы .Учебник Мультимедийные презентации</w:t>
      </w:r>
    </w:p>
    <w:p w:rsidR="001F6C50" w:rsidRPr="00771CA3" w:rsidRDefault="007B1DC5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771CA3">
        <w:rPr>
          <w:lang w:val="ru-RU"/>
        </w:rPr>
        <w:br/>
      </w:r>
      <w:r w:rsidRPr="00771CA3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 ДЛЯ ПРОВЕДЕНИЯ ЛАБОРАТОРНЫХ И ПРАКТИЧЕСКИХ РАБОТ</w:t>
      </w:r>
    </w:p>
    <w:p w:rsidR="00D66744" w:rsidRPr="00891711" w:rsidRDefault="00D66744" w:rsidP="00D66744">
      <w:pPr>
        <w:autoSpaceDE w:val="0"/>
        <w:autoSpaceDN w:val="0"/>
        <w:spacing w:after="0" w:line="240" w:lineRule="auto"/>
        <w:ind w:right="1152"/>
        <w:rPr>
          <w:lang w:val="ru-RU"/>
        </w:rPr>
      </w:pPr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Справочные таблицы, демонстрационные плакаты, наборы геометрических тел, чертежные инструменты (угольник, линейка, циркуль)</w:t>
      </w:r>
      <w:proofErr w:type="gramStart"/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.К</w:t>
      </w:r>
      <w:proofErr w:type="gramEnd"/>
      <w:r w:rsidRPr="00891711">
        <w:rPr>
          <w:rFonts w:ascii="Times New Roman" w:eastAsia="Times New Roman" w:hAnsi="Times New Roman"/>
          <w:color w:val="000000"/>
          <w:sz w:val="24"/>
          <w:lang w:val="ru-RU"/>
        </w:rPr>
        <w:t>онтрольные и тестовые работы .Учебник Мультимедийные презентации</w:t>
      </w:r>
    </w:p>
    <w:p w:rsidR="001F6C50" w:rsidRPr="00771CA3" w:rsidRDefault="001F6C50">
      <w:pPr>
        <w:rPr>
          <w:lang w:val="ru-RU"/>
        </w:rPr>
        <w:sectPr w:rsidR="001F6C50" w:rsidRPr="00771CA3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B1DC5" w:rsidRPr="00771CA3" w:rsidRDefault="007B1DC5">
      <w:pPr>
        <w:rPr>
          <w:lang w:val="ru-RU"/>
        </w:rPr>
      </w:pPr>
    </w:p>
    <w:sectPr w:rsidR="007B1DC5" w:rsidRPr="00771CA3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27D" w:rsidRDefault="006B327D" w:rsidP="00F321C5">
      <w:pPr>
        <w:spacing w:after="0" w:line="240" w:lineRule="auto"/>
      </w:pPr>
      <w:r>
        <w:separator/>
      </w:r>
    </w:p>
  </w:endnote>
  <w:endnote w:type="continuationSeparator" w:id="0">
    <w:p w:rsidR="006B327D" w:rsidRDefault="006B327D" w:rsidP="00F32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FF" w:rsidRDefault="00827CFF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FF" w:rsidRDefault="00827CF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FF" w:rsidRDefault="00827C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27D" w:rsidRDefault="006B327D" w:rsidP="00F321C5">
      <w:pPr>
        <w:spacing w:after="0" w:line="240" w:lineRule="auto"/>
      </w:pPr>
      <w:r>
        <w:separator/>
      </w:r>
    </w:p>
  </w:footnote>
  <w:footnote w:type="continuationSeparator" w:id="0">
    <w:p w:rsidR="006B327D" w:rsidRDefault="006B327D" w:rsidP="00F321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FF" w:rsidRDefault="00827CF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0048209"/>
      <w:docPartObj>
        <w:docPartGallery w:val="Page Numbers (Top of Page)"/>
        <w:docPartUnique/>
      </w:docPartObj>
    </w:sdtPr>
    <w:sdtContent>
      <w:p w:rsidR="00827CFF" w:rsidRDefault="00827CF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7F0" w:rsidRPr="007007F0">
          <w:rPr>
            <w:noProof/>
            <w:lang w:val="ru-RU"/>
          </w:rPr>
          <w:t>76</w:t>
        </w:r>
        <w:r>
          <w:fldChar w:fldCharType="end"/>
        </w:r>
      </w:p>
    </w:sdtContent>
  </w:sdt>
  <w:p w:rsidR="00827CFF" w:rsidRDefault="00827CFF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7CFF" w:rsidRDefault="00827CF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CD07F3"/>
    <w:multiLevelType w:val="hybridMultilevel"/>
    <w:tmpl w:val="07C0C14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EF7FB6"/>
    <w:multiLevelType w:val="hybridMultilevel"/>
    <w:tmpl w:val="7F485500"/>
    <w:lvl w:ilvl="0" w:tplc="6ABAFCE2">
      <w:numFmt w:val="bullet"/>
      <w:lvlText w:val=""/>
      <w:lvlJc w:val="left"/>
      <w:pPr>
        <w:ind w:left="71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28218E0">
      <w:numFmt w:val="bullet"/>
      <w:lvlText w:val="•"/>
      <w:lvlJc w:val="left"/>
      <w:pPr>
        <w:ind w:left="1175" w:hanging="286"/>
      </w:pPr>
      <w:rPr>
        <w:lang w:val="ru-RU" w:eastAsia="en-US" w:bidi="ar-SA"/>
      </w:rPr>
    </w:lvl>
    <w:lvl w:ilvl="2" w:tplc="C3AC2EB2">
      <w:numFmt w:val="bullet"/>
      <w:lvlText w:val="•"/>
      <w:lvlJc w:val="left"/>
      <w:pPr>
        <w:ind w:left="2131" w:hanging="286"/>
      </w:pPr>
      <w:rPr>
        <w:lang w:val="ru-RU" w:eastAsia="en-US" w:bidi="ar-SA"/>
      </w:rPr>
    </w:lvl>
    <w:lvl w:ilvl="3" w:tplc="BD3668AE">
      <w:numFmt w:val="bullet"/>
      <w:lvlText w:val="•"/>
      <w:lvlJc w:val="left"/>
      <w:pPr>
        <w:ind w:left="3087" w:hanging="286"/>
      </w:pPr>
      <w:rPr>
        <w:lang w:val="ru-RU" w:eastAsia="en-US" w:bidi="ar-SA"/>
      </w:rPr>
    </w:lvl>
    <w:lvl w:ilvl="4" w:tplc="6A00E04C">
      <w:numFmt w:val="bullet"/>
      <w:lvlText w:val="•"/>
      <w:lvlJc w:val="left"/>
      <w:pPr>
        <w:ind w:left="4043" w:hanging="286"/>
      </w:pPr>
      <w:rPr>
        <w:lang w:val="ru-RU" w:eastAsia="en-US" w:bidi="ar-SA"/>
      </w:rPr>
    </w:lvl>
    <w:lvl w:ilvl="5" w:tplc="8676DBE4">
      <w:numFmt w:val="bullet"/>
      <w:lvlText w:val="•"/>
      <w:lvlJc w:val="left"/>
      <w:pPr>
        <w:ind w:left="4999" w:hanging="286"/>
      </w:pPr>
      <w:rPr>
        <w:lang w:val="ru-RU" w:eastAsia="en-US" w:bidi="ar-SA"/>
      </w:rPr>
    </w:lvl>
    <w:lvl w:ilvl="6" w:tplc="7B3ABF84">
      <w:numFmt w:val="bullet"/>
      <w:lvlText w:val="•"/>
      <w:lvlJc w:val="left"/>
      <w:pPr>
        <w:ind w:left="5955" w:hanging="286"/>
      </w:pPr>
      <w:rPr>
        <w:lang w:val="ru-RU" w:eastAsia="en-US" w:bidi="ar-SA"/>
      </w:rPr>
    </w:lvl>
    <w:lvl w:ilvl="7" w:tplc="C5B0910A">
      <w:numFmt w:val="bullet"/>
      <w:lvlText w:val="•"/>
      <w:lvlJc w:val="left"/>
      <w:pPr>
        <w:ind w:left="6911" w:hanging="286"/>
      </w:pPr>
      <w:rPr>
        <w:lang w:val="ru-RU" w:eastAsia="en-US" w:bidi="ar-SA"/>
      </w:rPr>
    </w:lvl>
    <w:lvl w:ilvl="8" w:tplc="C70C8AF8">
      <w:numFmt w:val="bullet"/>
      <w:lvlText w:val="•"/>
      <w:lvlJc w:val="left"/>
      <w:pPr>
        <w:ind w:left="7867" w:hanging="286"/>
      </w:pPr>
      <w:rPr>
        <w:lang w:val="ru-RU" w:eastAsia="en-US" w:bidi="ar-SA"/>
      </w:rPr>
    </w:lvl>
  </w:abstractNum>
  <w:abstractNum w:abstractNumId="11">
    <w:nsid w:val="394D0DC1"/>
    <w:multiLevelType w:val="hybridMultilevel"/>
    <w:tmpl w:val="E982A0CC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51426F"/>
    <w:multiLevelType w:val="hybridMultilevel"/>
    <w:tmpl w:val="B17A3696"/>
    <w:lvl w:ilvl="0" w:tplc="EFAEACB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>
    <w:nsid w:val="537B5CDC"/>
    <w:multiLevelType w:val="hybridMultilevel"/>
    <w:tmpl w:val="2730B9BA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2C6FD2"/>
    <w:multiLevelType w:val="hybridMultilevel"/>
    <w:tmpl w:val="A0F46386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14"/>
  </w:num>
  <w:num w:numId="13">
    <w:abstractNumId w:val="9"/>
  </w:num>
  <w:num w:numId="14">
    <w:abstractNumId w:val="1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26901"/>
    <w:rsid w:val="00034616"/>
    <w:rsid w:val="00046C29"/>
    <w:rsid w:val="0005681E"/>
    <w:rsid w:val="0006063C"/>
    <w:rsid w:val="0011717B"/>
    <w:rsid w:val="00127437"/>
    <w:rsid w:val="0015074B"/>
    <w:rsid w:val="00196746"/>
    <w:rsid w:val="001F6C50"/>
    <w:rsid w:val="00212E13"/>
    <w:rsid w:val="00213CE4"/>
    <w:rsid w:val="0029639D"/>
    <w:rsid w:val="00326F90"/>
    <w:rsid w:val="003B6BAB"/>
    <w:rsid w:val="00452FFA"/>
    <w:rsid w:val="004A442C"/>
    <w:rsid w:val="004F7EB9"/>
    <w:rsid w:val="005B0B12"/>
    <w:rsid w:val="006A3D76"/>
    <w:rsid w:val="006B327D"/>
    <w:rsid w:val="007007F0"/>
    <w:rsid w:val="007049BE"/>
    <w:rsid w:val="00734992"/>
    <w:rsid w:val="007545FA"/>
    <w:rsid w:val="00761265"/>
    <w:rsid w:val="00771CA3"/>
    <w:rsid w:val="007B1DC5"/>
    <w:rsid w:val="00827CFF"/>
    <w:rsid w:val="008761B3"/>
    <w:rsid w:val="0098710C"/>
    <w:rsid w:val="009E653C"/>
    <w:rsid w:val="00A208D6"/>
    <w:rsid w:val="00A479A9"/>
    <w:rsid w:val="00A638A8"/>
    <w:rsid w:val="00A73607"/>
    <w:rsid w:val="00AA1D8D"/>
    <w:rsid w:val="00B4623A"/>
    <w:rsid w:val="00B47730"/>
    <w:rsid w:val="00C01A3E"/>
    <w:rsid w:val="00C7429B"/>
    <w:rsid w:val="00C903E6"/>
    <w:rsid w:val="00CA4D1A"/>
    <w:rsid w:val="00CB0664"/>
    <w:rsid w:val="00D5148D"/>
    <w:rsid w:val="00D66744"/>
    <w:rsid w:val="00D82519"/>
    <w:rsid w:val="00E37C72"/>
    <w:rsid w:val="00E9326C"/>
    <w:rsid w:val="00F1360E"/>
    <w:rsid w:val="00F321C5"/>
    <w:rsid w:val="00F969DA"/>
    <w:rsid w:val="00FA27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66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F9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969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1"/>
    <w:qFormat/>
    <w:rsid w:val="00D667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aff8">
    <w:name w:val="Balloon Text"/>
    <w:basedOn w:val="a1"/>
    <w:link w:val="aff9"/>
    <w:uiPriority w:val="99"/>
    <w:semiHidden/>
    <w:unhideWhenUsed/>
    <w:rsid w:val="00F96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F969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1FA64E-0813-42C5-A27E-01B05C210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15444</Words>
  <Characters>88037</Characters>
  <Application>Microsoft Office Word</Application>
  <DocSecurity>0</DocSecurity>
  <Lines>733</Lines>
  <Paragraphs>206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103275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Леонид</cp:lastModifiedBy>
  <cp:revision>26</cp:revision>
  <cp:lastPrinted>2022-10-14T18:19:00Z</cp:lastPrinted>
  <dcterms:created xsi:type="dcterms:W3CDTF">2013-12-23T23:15:00Z</dcterms:created>
  <dcterms:modified xsi:type="dcterms:W3CDTF">2022-10-14T18:37:00Z</dcterms:modified>
  <cp:category/>
</cp:coreProperties>
</file>